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810E840" w14:textId="77777777" w:rsidR="004C1D8C" w:rsidRPr="00B85133" w:rsidRDefault="00101958" w:rsidP="001863C2">
      <w:pPr>
        <w:pStyle w:val="Titre1"/>
        <w:jc w:val="both"/>
        <w:rPr>
          <w:lang w:val="fr-CH"/>
        </w:rPr>
      </w:pPr>
      <w:r w:rsidRPr="00B85133">
        <w:rPr>
          <w:lang w:val="fr-CH"/>
        </w:rPr>
        <w:t>Questionnaire sur la gestion des accès et l’utilisation du SIS</w:t>
      </w:r>
    </w:p>
    <w:p w14:paraId="0BAAA1F1" w14:textId="77777777" w:rsidR="004C1D8C" w:rsidRPr="00B85133" w:rsidRDefault="00101958" w:rsidP="001863C2">
      <w:pPr>
        <w:pStyle w:val="Titre2"/>
        <w:jc w:val="both"/>
        <w:rPr>
          <w:lang w:val="fr-CH"/>
        </w:rPr>
      </w:pPr>
      <w:r w:rsidRPr="00B85133">
        <w:rPr>
          <w:lang w:val="fr-CH"/>
        </w:rPr>
        <w:t>Coordonnées</w:t>
      </w:r>
    </w:p>
    <w:p w14:paraId="17F50266" w14:textId="77777777" w:rsidR="001863C2" w:rsidRDefault="00B85133" w:rsidP="001863C2">
      <w:pPr>
        <w:jc w:val="both"/>
        <w:rPr>
          <w:lang w:val="fr-CH"/>
        </w:rPr>
      </w:pPr>
      <w:r>
        <w:rPr>
          <w:lang w:val="fr-CH"/>
        </w:rPr>
        <w:t>N</w:t>
      </w:r>
      <w:r w:rsidR="00101958" w:rsidRPr="00B85133">
        <w:rPr>
          <w:lang w:val="fr-CH"/>
        </w:rPr>
        <w:t>om de l'entité responsable</w:t>
      </w:r>
    </w:p>
    <w:p w14:paraId="2D69B688" w14:textId="77777777" w:rsidR="002A709B" w:rsidRPr="00B85133" w:rsidRDefault="00985565" w:rsidP="002A709B">
      <w:pPr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2082358784"/>
          <w:placeholder>
            <w:docPart w:val="A5EF98DF96344FC3948893A031B4EF6C"/>
          </w:placeholder>
          <w:showingPlcHdr/>
          <w15:color w:val="FF6600"/>
          <w15:appearance w15:val="hidden"/>
        </w:sdtPr>
        <w:sdtEndPr/>
        <w:sdtContent>
          <w:r w:rsidR="002A709B" w:rsidRPr="0043198D">
            <w:rPr>
              <w:rStyle w:val="Textedelespacerserv"/>
            </w:rPr>
            <w:t>Cliquez ou appuyez ici pour entrer du texte.</w:t>
          </w:r>
        </w:sdtContent>
      </w:sdt>
    </w:p>
    <w:p w14:paraId="4B8C5114" w14:textId="77777777" w:rsidR="001863C2" w:rsidRDefault="002A709B" w:rsidP="002A709B">
      <w:pPr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>Personne de référence*</w:t>
      </w:r>
    </w:p>
    <w:p w14:paraId="610F45A7" w14:textId="77777777" w:rsidR="00B85133" w:rsidRPr="00B85133" w:rsidRDefault="00985565" w:rsidP="001863C2">
      <w:pPr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1173064140"/>
          <w:placeholder>
            <w:docPart w:val="C15319B462C54A0CA871EA2CF863A030"/>
          </w:placeholder>
          <w:showingPlcHdr/>
          <w15:color w:val="FF6600"/>
          <w15:appearance w15:val="hidden"/>
        </w:sdtPr>
        <w:sdtEndPr/>
        <w:sdtContent>
          <w:r w:rsidR="0043198D" w:rsidRPr="0043198D">
            <w:rPr>
              <w:rStyle w:val="Textedelespacerserv"/>
            </w:rPr>
            <w:t>Cliquez ou appuyez ici pour entrer du texte.</w:t>
          </w:r>
        </w:sdtContent>
      </w:sdt>
    </w:p>
    <w:p w14:paraId="22B5D0EA" w14:textId="77777777" w:rsidR="001863C2" w:rsidRDefault="00101958" w:rsidP="001863C2">
      <w:pPr>
        <w:jc w:val="both"/>
        <w:rPr>
          <w:lang w:val="fr-CH"/>
        </w:rPr>
      </w:pPr>
      <w:r w:rsidRPr="00B85133">
        <w:rPr>
          <w:lang w:val="fr-CH"/>
        </w:rPr>
        <w:t>Numéro de téléphone*</w:t>
      </w:r>
    </w:p>
    <w:p w14:paraId="341C5B87" w14:textId="77777777" w:rsidR="00B85133" w:rsidRPr="00B85133" w:rsidRDefault="00985565" w:rsidP="001863C2">
      <w:pPr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939956019"/>
          <w:placeholder>
            <w:docPart w:val="E6E2C3F91FD04BDB84221CA2CC5A2A08"/>
          </w:placeholder>
          <w:showingPlcHdr/>
          <w15:color w:val="FF6600"/>
          <w15:appearance w15:val="hidden"/>
        </w:sdtPr>
        <w:sdtEndPr/>
        <w:sdtContent>
          <w:r w:rsidR="00B85133" w:rsidRPr="00B8513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3EF01E90" w14:textId="77777777" w:rsidR="001863C2" w:rsidRDefault="00101958" w:rsidP="001863C2">
      <w:pPr>
        <w:jc w:val="both"/>
        <w:rPr>
          <w:lang w:val="fr-CH"/>
        </w:rPr>
      </w:pPr>
      <w:r w:rsidRPr="00B85133">
        <w:rPr>
          <w:lang w:val="fr-CH"/>
        </w:rPr>
        <w:t>Adresse électronique*</w:t>
      </w:r>
    </w:p>
    <w:p w14:paraId="1CD14FF5" w14:textId="77777777" w:rsidR="00B85133" w:rsidRPr="00B85133" w:rsidRDefault="00985565" w:rsidP="001863C2">
      <w:pPr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735852774"/>
          <w:placeholder>
            <w:docPart w:val="9808DF52D70144C99956200D9626D831"/>
          </w:placeholder>
          <w:showingPlcHdr/>
          <w15:color w:val="FF6600"/>
          <w15:appearance w15:val="hidden"/>
        </w:sdtPr>
        <w:sdtEndPr/>
        <w:sdtContent>
          <w:r w:rsidR="00B85133" w:rsidRPr="00B8513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24F53516" w14:textId="77777777" w:rsidR="004C1D8C" w:rsidRPr="00B85133" w:rsidRDefault="00B85133" w:rsidP="001863C2">
      <w:pPr>
        <w:pStyle w:val="Titre2"/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>1. Politique et procédures d’accès</w:t>
      </w:r>
    </w:p>
    <w:p w14:paraId="6E02409E" w14:textId="77777777" w:rsidR="001863C2" w:rsidRPr="005C3460" w:rsidRDefault="00101958" w:rsidP="005C3460">
      <w:pPr>
        <w:pStyle w:val="Paragraphedeliste"/>
        <w:numPr>
          <w:ilvl w:val="0"/>
          <w:numId w:val="11"/>
        </w:numPr>
        <w:jc w:val="both"/>
        <w:rPr>
          <w:lang w:val="fr-CH"/>
        </w:rPr>
      </w:pPr>
      <w:r w:rsidRPr="005C3460">
        <w:rPr>
          <w:lang w:val="fr-CH"/>
        </w:rPr>
        <w:t>Existe-t-il une politique documentée définissant les règles d’octroi et de gestion des accès au SIS ?*</w:t>
      </w:r>
    </w:p>
    <w:p w14:paraId="6775CD01" w14:textId="77777777" w:rsidR="001863C2" w:rsidRPr="00B85133" w:rsidRDefault="00985565" w:rsidP="00EE2516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541121407"/>
          <w:placeholder>
            <w:docPart w:val="B84A2286BFF5475A987B7E80C9B3946F"/>
          </w:placeholder>
          <w:showingPlcHdr/>
          <w15:color w:val="FF6600"/>
          <w15:appearance w15:val="hidden"/>
        </w:sdtPr>
        <w:sdtEndPr/>
        <w:sdtContent>
          <w:r w:rsidR="001863C2" w:rsidRPr="00B8513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2D4696E0" w14:textId="77777777" w:rsidR="005C3460" w:rsidRPr="005C3460" w:rsidRDefault="001863C2" w:rsidP="005C3460">
      <w:pPr>
        <w:pStyle w:val="Paragraphedeliste"/>
        <w:numPr>
          <w:ilvl w:val="0"/>
          <w:numId w:val="11"/>
        </w:numPr>
        <w:jc w:val="both"/>
        <w:rPr>
          <w:lang w:val="fr-CH"/>
        </w:rPr>
      </w:pPr>
      <w:r w:rsidRPr="005C3460">
        <w:rPr>
          <w:lang w:val="fr-CH"/>
        </w:rPr>
        <w:t xml:space="preserve">En tant que destinataire de ce questionnaire, êtes-vous bien le responsable de la gestion des droits d’accès au SIS ?* </w:t>
      </w:r>
      <w:r w:rsidR="00101958" w:rsidRPr="005C3460">
        <w:rPr>
          <w:lang w:val="fr-CH"/>
        </w:rPr>
        <w:t>*</w:t>
      </w:r>
    </w:p>
    <w:p w14:paraId="0816DE5A" w14:textId="77777777" w:rsidR="001863C2" w:rsidRPr="00B85133" w:rsidRDefault="00985565" w:rsidP="00EE2516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769771280"/>
          <w:placeholder>
            <w:docPart w:val="5813C4305D1D42F2A1DF1CB393B15EB8"/>
          </w:placeholder>
          <w:showingPlcHdr/>
          <w15:color w:val="FF6600"/>
          <w15:appearance w15:val="hidden"/>
        </w:sdtPr>
        <w:sdtEndPr/>
        <w:sdtContent>
          <w:r w:rsidR="001863C2" w:rsidRPr="00B85133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705CE767" w14:textId="77777777" w:rsidR="005C3460" w:rsidRPr="005C3460" w:rsidRDefault="00101958" w:rsidP="005C3460">
      <w:pPr>
        <w:pStyle w:val="Paragraphedeliste"/>
        <w:numPr>
          <w:ilvl w:val="0"/>
          <w:numId w:val="11"/>
        </w:numPr>
        <w:jc w:val="both"/>
        <w:rPr>
          <w:lang w:val="fr-CH"/>
        </w:rPr>
      </w:pPr>
      <w:r w:rsidRPr="005C3460">
        <w:rPr>
          <w:lang w:val="fr-CH"/>
        </w:rPr>
        <w:t>Les accès sont-ils accordés sur la base du principe du moindre privilège (les utilisateurs n'y ont accès que si c'est justifié) ?*</w:t>
      </w:r>
    </w:p>
    <w:p w14:paraId="372649EA" w14:textId="77777777" w:rsidR="005C3460" w:rsidRPr="005C3460" w:rsidRDefault="00985565" w:rsidP="00EE2516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25622872"/>
          <w:placeholder>
            <w:docPart w:val="E4DC73D17377458EBE344D21FAF7F5D9"/>
          </w:placeholder>
          <w:showingPlcHdr/>
          <w15:color w:val="FF6600"/>
          <w15:appearance w15:val="hidden"/>
        </w:sdtPr>
        <w:sdtEndPr/>
        <w:sdtContent>
          <w:r w:rsidR="005C3460" w:rsidRPr="005C3460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52EE5446" w14:textId="77777777" w:rsidR="004C1D8C" w:rsidRPr="00B85133" w:rsidRDefault="005C3460" w:rsidP="00905788">
      <w:pPr>
        <w:pStyle w:val="Titre2"/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>2. Processus d’octroi des accès</w:t>
      </w:r>
    </w:p>
    <w:p w14:paraId="1C23D919" w14:textId="69679C11" w:rsidR="00905788" w:rsidRDefault="00101958" w:rsidP="00905788">
      <w:pPr>
        <w:pStyle w:val="Paragraphedeliste"/>
        <w:numPr>
          <w:ilvl w:val="0"/>
          <w:numId w:val="12"/>
        </w:numPr>
        <w:jc w:val="both"/>
        <w:rPr>
          <w:lang w:val="fr-CH"/>
        </w:rPr>
      </w:pPr>
      <w:r w:rsidRPr="00905788">
        <w:rPr>
          <w:lang w:val="fr-CH"/>
        </w:rPr>
        <w:t xml:space="preserve">Quels sont les critères </w:t>
      </w:r>
      <w:r w:rsidR="00C93806">
        <w:rPr>
          <w:lang w:val="fr-CH"/>
        </w:rPr>
        <w:t>permettant</w:t>
      </w:r>
      <w:r w:rsidRPr="00905788">
        <w:rPr>
          <w:lang w:val="fr-CH"/>
        </w:rPr>
        <w:t xml:space="preserve"> </w:t>
      </w:r>
      <w:r w:rsidR="00C93806">
        <w:rPr>
          <w:lang w:val="fr-CH"/>
        </w:rPr>
        <w:t>d’</w:t>
      </w:r>
      <w:r w:rsidRPr="00905788">
        <w:rPr>
          <w:lang w:val="fr-CH"/>
        </w:rPr>
        <w:t>accorder l’accès à une ressource ou un système ?*</w:t>
      </w:r>
    </w:p>
    <w:p w14:paraId="264C5B7E" w14:textId="77777777" w:rsidR="00905788" w:rsidRPr="00905788" w:rsidRDefault="00985565" w:rsidP="00EE2516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729461852"/>
          <w:placeholder>
            <w:docPart w:val="7C9554DD14AB4AA0B4FFFBFFFD9A60B7"/>
          </w:placeholder>
          <w:showingPlcHdr/>
          <w15:color w:val="FF6600"/>
          <w15:appearance w15:val="hidden"/>
        </w:sdtPr>
        <w:sdtEndPr/>
        <w:sdtContent>
          <w:r w:rsidR="00905788" w:rsidRPr="00905788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5A5EA838" w14:textId="77777777" w:rsidR="00905788" w:rsidRPr="00905788" w:rsidRDefault="00101958" w:rsidP="00E64D7E">
      <w:pPr>
        <w:pStyle w:val="Paragraphedeliste"/>
        <w:numPr>
          <w:ilvl w:val="0"/>
          <w:numId w:val="12"/>
        </w:numPr>
        <w:jc w:val="both"/>
        <w:rPr>
          <w:lang w:val="fr-CH"/>
        </w:rPr>
      </w:pPr>
      <w:r w:rsidRPr="00905788">
        <w:rPr>
          <w:lang w:val="fr-CH"/>
        </w:rPr>
        <w:t>Comment les demandes d’accès sont-elles formalisées (par exemple, formulaire, e-mail, outil dédié) ?*</w:t>
      </w:r>
    </w:p>
    <w:p w14:paraId="7C685610" w14:textId="77777777" w:rsidR="00905788" w:rsidRPr="005C3460" w:rsidRDefault="00985565" w:rsidP="00EE2516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957550164"/>
          <w:placeholder>
            <w:docPart w:val="9BC929E952C0408D93B334564171A355"/>
          </w:placeholder>
          <w:showingPlcHdr/>
          <w15:color w:val="FF6600"/>
          <w15:appearance w15:val="hidden"/>
        </w:sdtPr>
        <w:sdtEndPr/>
        <w:sdtContent>
          <w:r w:rsidR="00905788" w:rsidRPr="005C3460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49BAAF54" w14:textId="77777777" w:rsidR="00EE2516" w:rsidRPr="00EE2516" w:rsidRDefault="00101958" w:rsidP="00EE2516">
      <w:pPr>
        <w:pStyle w:val="Paragraphedeliste"/>
        <w:numPr>
          <w:ilvl w:val="0"/>
          <w:numId w:val="13"/>
        </w:numPr>
        <w:ind w:left="1800"/>
        <w:jc w:val="both"/>
        <w:rPr>
          <w:lang w:val="fr-CH"/>
        </w:rPr>
      </w:pPr>
      <w:r w:rsidRPr="00EE2516">
        <w:rPr>
          <w:lang w:val="fr-CH"/>
        </w:rPr>
        <w:t>Qui fait la demande ?*</w:t>
      </w:r>
    </w:p>
    <w:p w14:paraId="19E50BC0" w14:textId="77777777" w:rsidR="004C1D8C" w:rsidRPr="00EE2516" w:rsidRDefault="00985565" w:rsidP="007D6F57">
      <w:pPr>
        <w:ind w:left="770" w:firstLine="67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60643764"/>
          <w:placeholder>
            <w:docPart w:val="A4763DABE4D9421FA6AB4C39B8363B9E"/>
          </w:placeholder>
          <w:showingPlcHdr/>
          <w15:color w:val="FF6600"/>
          <w15:appearance w15:val="hidden"/>
        </w:sdtPr>
        <w:sdtEndPr/>
        <w:sdtContent>
          <w:r w:rsidR="00EE2516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03007D40" w14:textId="77777777" w:rsidR="00EE2516" w:rsidRDefault="00101958" w:rsidP="00EE2516">
      <w:pPr>
        <w:pStyle w:val="Paragraphedeliste"/>
        <w:numPr>
          <w:ilvl w:val="0"/>
          <w:numId w:val="13"/>
        </w:numPr>
        <w:ind w:left="1490"/>
        <w:jc w:val="both"/>
        <w:rPr>
          <w:lang w:val="fr-CH"/>
        </w:rPr>
      </w:pPr>
      <w:r w:rsidRPr="00B85133">
        <w:rPr>
          <w:lang w:val="fr-CH"/>
        </w:rPr>
        <w:t>Où ?*</w:t>
      </w:r>
    </w:p>
    <w:p w14:paraId="44D1B214" w14:textId="77777777" w:rsidR="00CF7774" w:rsidRPr="00EE2516" w:rsidRDefault="00985565" w:rsidP="00CF7774">
      <w:pPr>
        <w:ind w:left="770" w:firstLine="67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915149090"/>
          <w:placeholder>
            <w:docPart w:val="DE9A9A7DE13C4B07BC7EAAF6992D186D"/>
          </w:placeholder>
          <w:showingPlcHdr/>
          <w15:color w:val="FF6600"/>
          <w15:appearance w15:val="hidden"/>
        </w:sdtPr>
        <w:sdtEndPr/>
        <w:sdtContent>
          <w:r w:rsidR="00CF7774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3BA97B17" w14:textId="77777777" w:rsidR="00EE2516" w:rsidRDefault="00CF7774" w:rsidP="00CF7774">
      <w:pPr>
        <w:pStyle w:val="Paragraphedeliste"/>
        <w:numPr>
          <w:ilvl w:val="0"/>
          <w:numId w:val="13"/>
        </w:numPr>
        <w:ind w:left="1490"/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>Comment ?*</w:t>
      </w:r>
    </w:p>
    <w:p w14:paraId="6FE3F952" w14:textId="77777777" w:rsidR="00CF7774" w:rsidRPr="00EE2516" w:rsidRDefault="00985565" w:rsidP="00CF7774">
      <w:pPr>
        <w:ind w:left="770" w:firstLine="67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573349160"/>
          <w:placeholder>
            <w:docPart w:val="205D5CA0778746F8AB0944BBA039F252"/>
          </w:placeholder>
          <w:showingPlcHdr/>
          <w15:color w:val="FF6600"/>
          <w15:appearance w15:val="hidden"/>
        </w:sdtPr>
        <w:sdtEndPr/>
        <w:sdtContent>
          <w:r w:rsidR="00CF7774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17E0A212" w14:textId="77777777" w:rsidR="00EE2516" w:rsidRDefault="00CF7774" w:rsidP="00CF7774">
      <w:pPr>
        <w:pStyle w:val="Paragraphedeliste"/>
        <w:numPr>
          <w:ilvl w:val="0"/>
          <w:numId w:val="13"/>
        </w:numPr>
        <w:ind w:left="1490"/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>Par qui doit-elle être approuvée ?*</w:t>
      </w:r>
    </w:p>
    <w:p w14:paraId="1FB659F1" w14:textId="77777777" w:rsidR="00CF7774" w:rsidRPr="00EE2516" w:rsidRDefault="00985565" w:rsidP="00CF7774">
      <w:pPr>
        <w:ind w:left="770" w:firstLine="67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593593187"/>
          <w:placeholder>
            <w:docPart w:val="2F3ED68A6C86455E9DA72261DA3B40BF"/>
          </w:placeholder>
          <w:showingPlcHdr/>
          <w15:color w:val="FF6600"/>
          <w15:appearance w15:val="hidden"/>
        </w:sdtPr>
        <w:sdtEndPr/>
        <w:sdtContent>
          <w:r w:rsidR="00CF7774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31A53E61" w14:textId="77777777" w:rsidR="00EE2516" w:rsidRDefault="00CF7774" w:rsidP="00CF7774">
      <w:pPr>
        <w:pStyle w:val="Paragraphedeliste"/>
        <w:numPr>
          <w:ilvl w:val="0"/>
          <w:numId w:val="13"/>
        </w:numPr>
        <w:ind w:left="1490"/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>Qui attribue ou retire le droit d'accès ?*</w:t>
      </w:r>
    </w:p>
    <w:p w14:paraId="2B56E22F" w14:textId="77777777" w:rsidR="00CF7774" w:rsidRPr="00EE2516" w:rsidRDefault="00985565" w:rsidP="00CF7774">
      <w:pPr>
        <w:ind w:left="770" w:firstLine="67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1452588905"/>
          <w:placeholder>
            <w:docPart w:val="7C80DD7C0D024E8697A7B365C9BFD484"/>
          </w:placeholder>
          <w:showingPlcHdr/>
          <w15:color w:val="FF6600"/>
          <w15:appearance w15:val="hidden"/>
        </w:sdtPr>
        <w:sdtEndPr/>
        <w:sdtContent>
          <w:r w:rsidR="00CF7774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3F3001D6" w14:textId="77777777" w:rsidR="00EE2516" w:rsidRDefault="00CF7774" w:rsidP="00CF7774">
      <w:pPr>
        <w:pStyle w:val="Paragraphedeliste"/>
        <w:numPr>
          <w:ilvl w:val="0"/>
          <w:numId w:val="13"/>
        </w:numPr>
        <w:ind w:left="1490"/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>Quand ?*</w:t>
      </w:r>
    </w:p>
    <w:p w14:paraId="2FC343A3" w14:textId="77777777" w:rsidR="00CF7774" w:rsidRPr="00EE2516" w:rsidRDefault="00985565" w:rsidP="00CF7774">
      <w:pPr>
        <w:ind w:left="770" w:firstLine="67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539570952"/>
          <w:placeholder>
            <w:docPart w:val="987A6ACDF412486BA7B51853717FE738"/>
          </w:placeholder>
          <w:showingPlcHdr/>
          <w15:color w:val="FF6600"/>
          <w15:appearance w15:val="hidden"/>
        </w:sdtPr>
        <w:sdtEndPr/>
        <w:sdtContent>
          <w:r w:rsidR="00CF7774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71069655" w14:textId="77777777" w:rsidR="00EE2516" w:rsidRDefault="00CF7774" w:rsidP="00CF7774">
      <w:pPr>
        <w:pStyle w:val="Paragraphedeliste"/>
        <w:numPr>
          <w:ilvl w:val="0"/>
          <w:numId w:val="13"/>
        </w:numPr>
        <w:ind w:left="1490"/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>Pour quelles raisons ?*</w:t>
      </w:r>
    </w:p>
    <w:p w14:paraId="24C23E15" w14:textId="77777777" w:rsidR="00CF7774" w:rsidRPr="00EE2516" w:rsidRDefault="00985565" w:rsidP="00CF7774">
      <w:pPr>
        <w:ind w:left="770" w:firstLine="67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141192780"/>
          <w:placeholder>
            <w:docPart w:val="7A4A70D182474ED6AF71C366134ED8DF"/>
          </w:placeholder>
          <w:showingPlcHdr/>
          <w15:color w:val="FF6600"/>
          <w15:appearance w15:val="hidden"/>
        </w:sdtPr>
        <w:sdtEndPr/>
        <w:sdtContent>
          <w:r w:rsidR="00CF7774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4AD46134" w14:textId="77777777" w:rsidR="00EE2516" w:rsidRDefault="00101958" w:rsidP="00CF7774">
      <w:pPr>
        <w:pStyle w:val="Paragraphedeliste"/>
        <w:numPr>
          <w:ilvl w:val="0"/>
          <w:numId w:val="12"/>
        </w:numPr>
        <w:jc w:val="both"/>
        <w:rPr>
          <w:lang w:val="fr-CH"/>
        </w:rPr>
      </w:pPr>
      <w:r w:rsidRPr="00B85133">
        <w:rPr>
          <w:lang w:val="fr-CH"/>
        </w:rPr>
        <w:t>Existe-t-il une procédure de validation ou d’approbation pour les demandes d’accès, et qui en est responsable ?*</w:t>
      </w:r>
    </w:p>
    <w:p w14:paraId="50A1DCDC" w14:textId="77777777" w:rsidR="00CF7774" w:rsidRPr="00EE2516" w:rsidRDefault="00985565" w:rsidP="00CF7774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787096151"/>
          <w:placeholder>
            <w:docPart w:val="3213D3245F804E2FB03568472AF510A9"/>
          </w:placeholder>
          <w:showingPlcHdr/>
          <w15:color w:val="FF6600"/>
          <w15:appearance w15:val="hidden"/>
        </w:sdtPr>
        <w:sdtEndPr/>
        <w:sdtContent>
          <w:r w:rsidR="00CF7774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6CA2BD02" w14:textId="77777777" w:rsidR="00EE2516" w:rsidRDefault="00101958" w:rsidP="00CF7774">
      <w:pPr>
        <w:pStyle w:val="Paragraphedeliste"/>
        <w:numPr>
          <w:ilvl w:val="0"/>
          <w:numId w:val="12"/>
        </w:numPr>
        <w:jc w:val="both"/>
        <w:rPr>
          <w:lang w:val="fr-CH"/>
        </w:rPr>
      </w:pPr>
      <w:r w:rsidRPr="00EE2516">
        <w:rPr>
          <w:lang w:val="fr-CH"/>
        </w:rPr>
        <w:t>Les nouveaux accès sont-ils limités dans le temps ou font-ils l’objet de révisions périodiques ?*</w:t>
      </w:r>
    </w:p>
    <w:p w14:paraId="3A39F4CE" w14:textId="77777777" w:rsidR="002A709B" w:rsidRPr="002A709B" w:rsidRDefault="00985565" w:rsidP="002A709B">
      <w:pPr>
        <w:ind w:left="360" w:firstLine="36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32720625"/>
          <w:placeholder>
            <w:docPart w:val="DCAD79BA7CFD41729D011A26D517AFBF"/>
          </w:placeholder>
          <w:showingPlcHdr/>
          <w15:color w:val="FF6600"/>
          <w15:appearance w15:val="hidden"/>
        </w:sdtPr>
        <w:sdtEndPr/>
        <w:sdtContent>
          <w:r w:rsidR="002A709B" w:rsidRPr="0043198D">
            <w:rPr>
              <w:rStyle w:val="Textedelespacerserv"/>
            </w:rPr>
            <w:t>Cliquez ou appuyez ici pour entrer du texte.</w:t>
          </w:r>
        </w:sdtContent>
      </w:sdt>
    </w:p>
    <w:p w14:paraId="5C715F12" w14:textId="77777777" w:rsidR="004C1D8C" w:rsidRPr="00B85133" w:rsidRDefault="00101958" w:rsidP="00C4039A">
      <w:pPr>
        <w:pStyle w:val="Titre2"/>
        <w:jc w:val="both"/>
        <w:rPr>
          <w:lang w:val="fr-CH"/>
        </w:rPr>
      </w:pPr>
      <w:r w:rsidRPr="00B85133">
        <w:rPr>
          <w:lang w:val="fr-CH"/>
        </w:rPr>
        <w:t>3. Gestion des rôles et profils d’utilisateurs</w:t>
      </w:r>
    </w:p>
    <w:p w14:paraId="04592663" w14:textId="77777777" w:rsidR="00EE2516" w:rsidRPr="00CF7774" w:rsidRDefault="00101958" w:rsidP="00CF7774">
      <w:pPr>
        <w:pStyle w:val="Paragraphedeliste"/>
        <w:numPr>
          <w:ilvl w:val="0"/>
          <w:numId w:val="17"/>
        </w:numPr>
        <w:jc w:val="both"/>
        <w:rPr>
          <w:lang w:val="fr-CH"/>
        </w:rPr>
      </w:pPr>
      <w:r w:rsidRPr="00CF7774">
        <w:rPr>
          <w:lang w:val="fr-CH"/>
        </w:rPr>
        <w:t>Les accès sont-ils gérés par rôles ou par profils d’utilisateurs ?*</w:t>
      </w:r>
    </w:p>
    <w:p w14:paraId="6B224634" w14:textId="77777777" w:rsidR="004200F7" w:rsidRPr="00EE2516" w:rsidRDefault="00985565" w:rsidP="004200F7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656067645"/>
          <w:placeholder>
            <w:docPart w:val="FD7CDF20A30040EF8216FB9ABEBEDE02"/>
          </w:placeholder>
          <w:showingPlcHdr/>
          <w15:color w:val="FF6600"/>
          <w15:appearance w15:val="hidden"/>
        </w:sdtPr>
        <w:sdtEndPr/>
        <w:sdtContent>
          <w:r w:rsidR="004200F7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1CEC3978" w14:textId="77777777" w:rsidR="00EE2516" w:rsidRDefault="004200F7" w:rsidP="004200F7">
      <w:pPr>
        <w:pStyle w:val="Paragraphedeliste"/>
        <w:numPr>
          <w:ilvl w:val="0"/>
          <w:numId w:val="17"/>
        </w:numPr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>Les rôles sont-ils régulièrement revus et ajustés en fonction des besoins métiers ou des changements organisationnels ?*</w:t>
      </w:r>
    </w:p>
    <w:p w14:paraId="2D657EBF" w14:textId="77777777" w:rsidR="004200F7" w:rsidRPr="00EE2516" w:rsidRDefault="00985565" w:rsidP="004200F7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116258915"/>
          <w:placeholder>
            <w:docPart w:val="9B661D42B8DD4AB1A897B625AC30372F"/>
          </w:placeholder>
          <w:showingPlcHdr/>
          <w15:color w:val="FF6600"/>
          <w15:appearance w15:val="hidden"/>
        </w:sdtPr>
        <w:sdtEndPr/>
        <w:sdtContent>
          <w:r w:rsidR="004200F7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29BC2A2C" w14:textId="77777777" w:rsidR="00916A47" w:rsidRDefault="004200F7" w:rsidP="004200F7">
      <w:pPr>
        <w:pStyle w:val="Paragraphedeliste"/>
        <w:numPr>
          <w:ilvl w:val="0"/>
          <w:numId w:val="17"/>
        </w:numPr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 xml:space="preserve">Existe-t-il des utilisateurs avec des privilèges élevés ?* </w:t>
      </w:r>
    </w:p>
    <w:p w14:paraId="32AAAA15" w14:textId="77777777" w:rsidR="004C1D8C" w:rsidRPr="00B85133" w:rsidRDefault="00101958" w:rsidP="00E27D30">
      <w:pPr>
        <w:ind w:firstLine="720"/>
        <w:jc w:val="both"/>
        <w:rPr>
          <w:lang w:val="fr-CH"/>
        </w:rPr>
      </w:pPr>
      <w:r w:rsidRPr="00B85133">
        <w:rPr>
          <w:lang w:val="fr-CH"/>
        </w:rPr>
        <w:t xml:space="preserve">Oui </w:t>
      </w:r>
      <w:sdt>
        <w:sdtPr>
          <w:rPr>
            <w:lang w:val="fr-CH"/>
          </w:rPr>
          <w:alias w:val="Réponse"/>
          <w:tag w:val="Réponse"/>
          <w:id w:val="-203518407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16A47" w:rsidRPr="00E27D30">
            <w:rPr>
              <w:rFonts w:ascii="Segoe UI Symbol" w:hAnsi="Segoe UI Symbol" w:cs="Segoe UI Symbol"/>
              <w:lang w:val="fr-CH"/>
            </w:rPr>
            <w:t>☐</w:t>
          </w:r>
        </w:sdtContent>
      </w:sdt>
      <w:r w:rsidR="00916A47" w:rsidRPr="00916A47">
        <w:rPr>
          <w:lang w:val="fr-CH"/>
        </w:rPr>
        <w:t xml:space="preserve"> </w:t>
      </w:r>
      <w:r w:rsidR="00916A47">
        <w:rPr>
          <w:lang w:val="fr-CH"/>
        </w:rPr>
        <w:t>Non</w:t>
      </w:r>
      <w:r w:rsidR="00916A47" w:rsidRPr="00B85133">
        <w:rPr>
          <w:lang w:val="fr-CH"/>
        </w:rPr>
        <w:t xml:space="preserve"> </w:t>
      </w:r>
      <w:sdt>
        <w:sdtPr>
          <w:rPr>
            <w:lang w:val="fr-CH"/>
          </w:rPr>
          <w:alias w:val="Réponse"/>
          <w:tag w:val="Réponse"/>
          <w:id w:val="201248555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16A47" w:rsidRPr="00E27D30">
            <w:rPr>
              <w:rFonts w:ascii="Segoe UI Symbol" w:hAnsi="Segoe UI Symbol" w:cs="Segoe UI Symbol"/>
              <w:lang w:val="fr-CH"/>
            </w:rPr>
            <w:t>☐</w:t>
          </w:r>
        </w:sdtContent>
      </w:sdt>
    </w:p>
    <w:p w14:paraId="584BC823" w14:textId="77777777" w:rsidR="00EE2516" w:rsidRDefault="00101958" w:rsidP="00C93806">
      <w:pPr>
        <w:pStyle w:val="Paragraphedeliste"/>
        <w:numPr>
          <w:ilvl w:val="0"/>
          <w:numId w:val="28"/>
        </w:numPr>
        <w:jc w:val="both"/>
        <w:rPr>
          <w:lang w:val="fr-CH"/>
        </w:rPr>
      </w:pPr>
      <w:r w:rsidRPr="00B85133">
        <w:rPr>
          <w:lang w:val="fr-CH"/>
        </w:rPr>
        <w:lastRenderedPageBreak/>
        <w:t>Si oui, bénéficient-ils d'une gestion particulière de leurs droits ?</w:t>
      </w:r>
    </w:p>
    <w:p w14:paraId="6E49BEC1" w14:textId="77777777" w:rsidR="004C1D8C" w:rsidRPr="00B85133" w:rsidRDefault="00985565" w:rsidP="00C93806">
      <w:pPr>
        <w:ind w:left="360"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2027241309"/>
          <w:placeholder>
            <w:docPart w:val="80032D9A78A74AE8B87782DA78FFD7DD"/>
          </w:placeholder>
          <w:showingPlcHdr/>
          <w15:color w:val="FF6600"/>
          <w15:appearance w15:val="hidden"/>
        </w:sdtPr>
        <w:sdtEndPr/>
        <w:sdtContent>
          <w:r w:rsidR="0092669B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1E27DC5D" w14:textId="77777777" w:rsidR="00EE2516" w:rsidRDefault="00101958" w:rsidP="0092669B">
      <w:pPr>
        <w:pStyle w:val="Paragraphedeliste"/>
        <w:numPr>
          <w:ilvl w:val="0"/>
          <w:numId w:val="17"/>
        </w:numPr>
        <w:jc w:val="both"/>
        <w:rPr>
          <w:lang w:val="fr-CH"/>
        </w:rPr>
      </w:pPr>
      <w:r w:rsidRPr="00B85133">
        <w:rPr>
          <w:lang w:val="fr-CH"/>
        </w:rPr>
        <w:t>Les droits d’accès sont-ils consignés dans un registre (cantonal) ?*</w:t>
      </w:r>
    </w:p>
    <w:p w14:paraId="7A3DA523" w14:textId="77777777" w:rsidR="004C1D8C" w:rsidRPr="00B85133" w:rsidRDefault="00985565" w:rsidP="0092669B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777000132"/>
          <w:placeholder>
            <w:docPart w:val="91D06C9BCE9C43DB910FFE7EBF56BC79"/>
          </w:placeholder>
          <w:showingPlcHdr/>
          <w15:color w:val="FF6600"/>
          <w15:appearance w15:val="hidden"/>
        </w:sdtPr>
        <w:sdtEndPr/>
        <w:sdtContent>
          <w:r w:rsidR="0092669B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29F52940" w14:textId="77777777" w:rsidR="004C1D8C" w:rsidRPr="00B85133" w:rsidRDefault="00101958" w:rsidP="001863C2">
      <w:pPr>
        <w:pStyle w:val="Titre2"/>
        <w:jc w:val="both"/>
        <w:rPr>
          <w:lang w:val="fr-CH"/>
        </w:rPr>
      </w:pPr>
      <w:r w:rsidRPr="00B85133">
        <w:rPr>
          <w:lang w:val="fr-CH"/>
        </w:rPr>
        <w:t>4. Suivi et révision des accès</w:t>
      </w:r>
    </w:p>
    <w:p w14:paraId="3D3C47B4" w14:textId="77777777" w:rsidR="00EE2516" w:rsidRDefault="00101958" w:rsidP="007C6068">
      <w:pPr>
        <w:pStyle w:val="Paragraphedeliste"/>
        <w:numPr>
          <w:ilvl w:val="0"/>
          <w:numId w:val="18"/>
        </w:numPr>
        <w:jc w:val="both"/>
        <w:rPr>
          <w:lang w:val="fr-CH"/>
        </w:rPr>
      </w:pPr>
      <w:r w:rsidRPr="00B85133">
        <w:rPr>
          <w:lang w:val="fr-CH"/>
        </w:rPr>
        <w:t>Les droits d’accès sont-ils révisés périodiquement (par exemple, chaque trimestre ou semestre) ?*</w:t>
      </w:r>
    </w:p>
    <w:p w14:paraId="4C979ADC" w14:textId="77777777" w:rsidR="007C6068" w:rsidRPr="00B85133" w:rsidRDefault="00985565" w:rsidP="007C6068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378390845"/>
          <w:placeholder>
            <w:docPart w:val="CDC8C13168E44BDDB0DF7227B41869CB"/>
          </w:placeholder>
          <w:showingPlcHdr/>
          <w15:color w:val="FF6600"/>
          <w15:appearance w15:val="hidden"/>
        </w:sdtPr>
        <w:sdtEndPr/>
        <w:sdtContent>
          <w:r w:rsidR="007C6068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6F1CB4EC" w14:textId="77777777" w:rsidR="00EE2516" w:rsidRDefault="00101958" w:rsidP="007C6068">
      <w:pPr>
        <w:pStyle w:val="Paragraphedeliste"/>
        <w:numPr>
          <w:ilvl w:val="0"/>
          <w:numId w:val="18"/>
        </w:numPr>
        <w:jc w:val="both"/>
        <w:rPr>
          <w:lang w:val="fr-CH"/>
        </w:rPr>
      </w:pPr>
      <w:r w:rsidRPr="00B85133">
        <w:rPr>
          <w:lang w:val="fr-CH"/>
        </w:rPr>
        <w:t>Existe-t-il une procédure pour révoquer ou modifier les droits d’accès lorsqu’un employé change de poste ou quitte l’entité ?*</w:t>
      </w:r>
    </w:p>
    <w:p w14:paraId="3B55BB1E" w14:textId="77777777" w:rsidR="007C6068" w:rsidRPr="00B85133" w:rsidRDefault="00985565" w:rsidP="007C6068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991941964"/>
          <w:placeholder>
            <w:docPart w:val="983B87D2AFD7446DA1E8272E6DB6935A"/>
          </w:placeholder>
          <w:showingPlcHdr/>
          <w15:color w:val="FF6600"/>
          <w15:appearance w15:val="hidden"/>
        </w:sdtPr>
        <w:sdtEndPr/>
        <w:sdtContent>
          <w:r w:rsidR="007C6068" w:rsidRPr="00EE251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62F851A0" w14:textId="77777777" w:rsidR="00EE2516" w:rsidRDefault="00101958" w:rsidP="007C6068">
      <w:pPr>
        <w:pStyle w:val="Paragraphedeliste"/>
        <w:numPr>
          <w:ilvl w:val="0"/>
          <w:numId w:val="18"/>
        </w:numPr>
        <w:jc w:val="both"/>
        <w:rPr>
          <w:lang w:val="fr-CH"/>
        </w:rPr>
      </w:pPr>
      <w:r w:rsidRPr="00B85133">
        <w:rPr>
          <w:lang w:val="fr-CH"/>
        </w:rPr>
        <w:t>Comment la cohérence entre les droits accordés et les besoins réels des utilisateurs est-elle vérifiée ?*</w:t>
      </w:r>
    </w:p>
    <w:p w14:paraId="6B605E42" w14:textId="77777777" w:rsidR="007C6068" w:rsidRPr="007C6068" w:rsidRDefault="00985565" w:rsidP="007C6068">
      <w:pPr>
        <w:ind w:left="360" w:firstLine="36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1101226729"/>
          <w:placeholder>
            <w:docPart w:val="DFB5791400E24652995CA092F1CAF70A"/>
          </w:placeholder>
          <w:showingPlcHdr/>
          <w15:color w:val="FF6600"/>
          <w15:appearance w15:val="hidden"/>
        </w:sdtPr>
        <w:sdtEndPr/>
        <w:sdtContent>
          <w:r w:rsidR="007C6068" w:rsidRPr="007C6068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6B0D02D5" w14:textId="77777777" w:rsidR="004C1D8C" w:rsidRPr="00B85133" w:rsidRDefault="00101958" w:rsidP="00844184">
      <w:pPr>
        <w:pStyle w:val="Titre2"/>
        <w:jc w:val="both"/>
        <w:rPr>
          <w:lang w:val="fr-CH"/>
        </w:rPr>
      </w:pPr>
      <w:r w:rsidRPr="00B85133">
        <w:rPr>
          <w:lang w:val="fr-CH"/>
        </w:rPr>
        <w:t>5. Sécurité des comptes utilisateurs</w:t>
      </w:r>
    </w:p>
    <w:p w14:paraId="6D32A521" w14:textId="77777777" w:rsidR="00EE2516" w:rsidRDefault="00101958" w:rsidP="00844184">
      <w:pPr>
        <w:pStyle w:val="Paragraphedeliste"/>
        <w:numPr>
          <w:ilvl w:val="0"/>
          <w:numId w:val="19"/>
        </w:numPr>
        <w:jc w:val="both"/>
        <w:rPr>
          <w:lang w:val="fr-CH"/>
        </w:rPr>
      </w:pPr>
      <w:r w:rsidRPr="00B85133">
        <w:rPr>
          <w:lang w:val="fr-CH"/>
        </w:rPr>
        <w:t>Les utilisateurs sont-ils obligés de changer leurs mots de passe régulièrement ?*</w:t>
      </w:r>
    </w:p>
    <w:p w14:paraId="4AF5D7A7" w14:textId="77777777" w:rsidR="002A216E" w:rsidRPr="007C6068" w:rsidRDefault="00985565" w:rsidP="002A216E">
      <w:pPr>
        <w:ind w:left="360" w:firstLine="36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478841801"/>
          <w:placeholder>
            <w:docPart w:val="BC31EF949DE8499588666F2C83521512"/>
          </w:placeholder>
          <w:showingPlcHdr/>
          <w15:color w:val="FF6600"/>
          <w15:appearance w15:val="hidden"/>
        </w:sdtPr>
        <w:sdtEndPr/>
        <w:sdtContent>
          <w:r w:rsidR="002A216E" w:rsidRPr="007C6068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545EF476" w14:textId="77777777" w:rsidR="00EE2516" w:rsidRDefault="00101958" w:rsidP="002A216E">
      <w:pPr>
        <w:pStyle w:val="Paragraphedeliste"/>
        <w:numPr>
          <w:ilvl w:val="0"/>
          <w:numId w:val="19"/>
        </w:numPr>
        <w:jc w:val="both"/>
        <w:rPr>
          <w:lang w:val="fr-CH"/>
        </w:rPr>
      </w:pPr>
      <w:r w:rsidRPr="00B85133">
        <w:rPr>
          <w:lang w:val="fr-CH"/>
        </w:rPr>
        <w:t>Des exigences de complexité pour les mots de passe sont-elles en place (longueur minimale, caractères spéciaux, etc.) ?*</w:t>
      </w:r>
    </w:p>
    <w:p w14:paraId="59D5480E" w14:textId="77777777" w:rsidR="002A216E" w:rsidRPr="007C6068" w:rsidRDefault="00985565" w:rsidP="002A216E">
      <w:pPr>
        <w:ind w:left="360" w:firstLine="36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92948875"/>
          <w:placeholder>
            <w:docPart w:val="BF854917811A44DA872F4D865F2280C3"/>
          </w:placeholder>
          <w:showingPlcHdr/>
          <w15:color w:val="FF6600"/>
          <w15:appearance w15:val="hidden"/>
        </w:sdtPr>
        <w:sdtEndPr/>
        <w:sdtContent>
          <w:r w:rsidR="002A216E" w:rsidRPr="007C6068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663A1E38" w14:textId="77777777" w:rsidR="00EE2516" w:rsidRDefault="00101958" w:rsidP="002A216E">
      <w:pPr>
        <w:pStyle w:val="Paragraphedeliste"/>
        <w:numPr>
          <w:ilvl w:val="0"/>
          <w:numId w:val="19"/>
        </w:numPr>
        <w:jc w:val="both"/>
        <w:rPr>
          <w:lang w:val="fr-CH"/>
        </w:rPr>
      </w:pPr>
      <w:r w:rsidRPr="00B85133">
        <w:rPr>
          <w:lang w:val="fr-CH"/>
        </w:rPr>
        <w:t>Comment les comptes inactifs ou dormants sont-ils gérés (par exemple, désactivation automatique après une période d’inactivité) ?*</w:t>
      </w:r>
    </w:p>
    <w:p w14:paraId="5EA64214" w14:textId="77777777" w:rsidR="002A216E" w:rsidRPr="007C6068" w:rsidRDefault="00985565" w:rsidP="002A216E">
      <w:pPr>
        <w:ind w:left="360" w:firstLine="36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964121345"/>
          <w:placeholder>
            <w:docPart w:val="2F3C5FD468964E789A6443D8B8F45C64"/>
          </w:placeholder>
          <w:showingPlcHdr/>
          <w15:color w:val="FF6600"/>
          <w15:appearance w15:val="hidden"/>
        </w:sdtPr>
        <w:sdtEndPr/>
        <w:sdtContent>
          <w:r w:rsidR="002A216E" w:rsidRPr="007C6068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2B41DD26" w14:textId="77777777" w:rsidR="00EE2516" w:rsidRDefault="00101958" w:rsidP="002A216E">
      <w:pPr>
        <w:pStyle w:val="Paragraphedeliste"/>
        <w:numPr>
          <w:ilvl w:val="0"/>
          <w:numId w:val="19"/>
        </w:numPr>
        <w:jc w:val="both"/>
        <w:rPr>
          <w:lang w:val="fr-CH"/>
        </w:rPr>
      </w:pPr>
      <w:r w:rsidRPr="00B85133">
        <w:rPr>
          <w:lang w:val="fr-CH"/>
        </w:rPr>
        <w:t>Existe-t-il une authentification forte (MFA - Multi-Factor Authentication) ?*</w:t>
      </w:r>
    </w:p>
    <w:p w14:paraId="18CDB327" w14:textId="77777777" w:rsidR="002A216E" w:rsidRPr="007C6068" w:rsidRDefault="00985565" w:rsidP="002A216E">
      <w:pPr>
        <w:ind w:left="360" w:firstLine="36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97092811"/>
          <w:placeholder>
            <w:docPart w:val="3856FDC2B09949F0957CF465D23556CA"/>
          </w:placeholder>
          <w:showingPlcHdr/>
          <w15:color w:val="FF6600"/>
          <w15:appearance w15:val="hidden"/>
        </w:sdtPr>
        <w:sdtEndPr/>
        <w:sdtContent>
          <w:r w:rsidR="002A216E" w:rsidRPr="007C6068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265EA96C" w14:textId="77777777" w:rsidR="00EE2516" w:rsidRDefault="00101958" w:rsidP="002A216E">
      <w:pPr>
        <w:pStyle w:val="Paragraphedeliste"/>
        <w:numPr>
          <w:ilvl w:val="0"/>
          <w:numId w:val="19"/>
        </w:numPr>
        <w:jc w:val="both"/>
        <w:rPr>
          <w:lang w:val="fr-CH"/>
        </w:rPr>
      </w:pPr>
      <w:r w:rsidRPr="00B85133">
        <w:rPr>
          <w:lang w:val="fr-CH"/>
        </w:rPr>
        <w:t>Comment les personnes bénéficiant d’un accès gèrent-elles la question de la sécurité des informations ?*</w:t>
      </w:r>
    </w:p>
    <w:p w14:paraId="18966E4D" w14:textId="77777777" w:rsidR="002A216E" w:rsidRPr="007C6068" w:rsidRDefault="00985565" w:rsidP="002A216E">
      <w:pPr>
        <w:ind w:left="360" w:firstLine="36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898054768"/>
          <w:placeholder>
            <w:docPart w:val="A373C3AF11CC4993A5862DB0B3D53559"/>
          </w:placeholder>
          <w:showingPlcHdr/>
          <w15:color w:val="FF6600"/>
          <w15:appearance w15:val="hidden"/>
        </w:sdtPr>
        <w:sdtEndPr/>
        <w:sdtContent>
          <w:r w:rsidR="002A216E" w:rsidRPr="007C6068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5E12402F" w14:textId="77777777" w:rsidR="00EE2516" w:rsidRDefault="00101958" w:rsidP="002A216E">
      <w:pPr>
        <w:pStyle w:val="Paragraphedeliste"/>
        <w:numPr>
          <w:ilvl w:val="0"/>
          <w:numId w:val="20"/>
        </w:numPr>
        <w:jc w:val="both"/>
        <w:rPr>
          <w:lang w:val="fr-CH"/>
        </w:rPr>
      </w:pPr>
      <w:r w:rsidRPr="00B85133">
        <w:rPr>
          <w:lang w:val="fr-CH"/>
        </w:rPr>
        <w:t>Comment les utilisateurs gèrent-ils leur accès ? *</w:t>
      </w:r>
    </w:p>
    <w:p w14:paraId="7D353E76" w14:textId="77777777" w:rsidR="002A216E" w:rsidRPr="007C6068" w:rsidRDefault="00985565" w:rsidP="002A216E">
      <w:pPr>
        <w:ind w:left="720" w:firstLine="36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143809563"/>
          <w:placeholder>
            <w:docPart w:val="53E4871473974CBCA8FACA72E6505526"/>
          </w:placeholder>
          <w:showingPlcHdr/>
          <w15:color w:val="FF6600"/>
          <w15:appearance w15:val="hidden"/>
        </w:sdtPr>
        <w:sdtEndPr/>
        <w:sdtContent>
          <w:r w:rsidR="002A216E" w:rsidRPr="007C6068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7EAA2A93" w14:textId="77777777" w:rsidR="00EE2516" w:rsidRDefault="00101958" w:rsidP="002A216E">
      <w:pPr>
        <w:pStyle w:val="Paragraphedeliste"/>
        <w:numPr>
          <w:ilvl w:val="0"/>
          <w:numId w:val="20"/>
        </w:numPr>
        <w:jc w:val="both"/>
        <w:rPr>
          <w:lang w:val="fr-CH"/>
        </w:rPr>
      </w:pPr>
      <w:r w:rsidRPr="00B85133">
        <w:rPr>
          <w:lang w:val="fr-CH"/>
        </w:rPr>
        <w:t>Des recherches sont-elles effectuées pour des collègues ?*</w:t>
      </w:r>
    </w:p>
    <w:p w14:paraId="61305764" w14:textId="77777777" w:rsidR="002A216E" w:rsidRPr="002A216E" w:rsidRDefault="00985565" w:rsidP="002A216E">
      <w:pPr>
        <w:ind w:left="108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66808982"/>
          <w:placeholder>
            <w:docPart w:val="78BBEEF5D5DD45A3AB1B898DEE9D7C7E"/>
          </w:placeholder>
          <w:showingPlcHdr/>
          <w15:color w:val="FF6600"/>
          <w15:appearance w15:val="hidden"/>
        </w:sdtPr>
        <w:sdtEndPr/>
        <w:sdtContent>
          <w:r w:rsidR="002A216E" w:rsidRPr="002A216E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16957943" w14:textId="77777777" w:rsidR="004C1D8C" w:rsidRPr="00B85133" w:rsidRDefault="00101958" w:rsidP="002A216E">
      <w:pPr>
        <w:pStyle w:val="Titre2"/>
        <w:jc w:val="both"/>
        <w:rPr>
          <w:lang w:val="fr-CH"/>
        </w:rPr>
      </w:pPr>
      <w:r w:rsidRPr="00B85133">
        <w:rPr>
          <w:lang w:val="fr-CH"/>
        </w:rPr>
        <w:t>6. Formation et sensibilisation</w:t>
      </w:r>
    </w:p>
    <w:p w14:paraId="7F59C252" w14:textId="77777777" w:rsidR="00EE2516" w:rsidRPr="00E27D30" w:rsidRDefault="00101958" w:rsidP="00E27D30">
      <w:pPr>
        <w:pStyle w:val="Paragraphedeliste"/>
        <w:numPr>
          <w:ilvl w:val="0"/>
          <w:numId w:val="21"/>
        </w:numPr>
        <w:jc w:val="both"/>
        <w:rPr>
          <w:lang w:val="fr-CH"/>
        </w:rPr>
      </w:pPr>
      <w:r w:rsidRPr="00E27D30">
        <w:rPr>
          <w:lang w:val="fr-CH"/>
        </w:rPr>
        <w:t>Existe-t-il des instructions (cantonal</w:t>
      </w:r>
      <w:r w:rsidR="00E27D30">
        <w:rPr>
          <w:lang w:val="fr-CH"/>
        </w:rPr>
        <w:t>es) sur l’utilisation du SIS ?*</w:t>
      </w:r>
    </w:p>
    <w:p w14:paraId="3180D2D4" w14:textId="77777777" w:rsidR="00E27D30" w:rsidRPr="00E27D30" w:rsidRDefault="00E27D30" w:rsidP="00E27D30">
      <w:pPr>
        <w:ind w:firstLine="720"/>
        <w:jc w:val="both"/>
        <w:rPr>
          <w:lang w:val="fr-CH"/>
        </w:rPr>
      </w:pPr>
      <w:r w:rsidRPr="00E27D30">
        <w:rPr>
          <w:lang w:val="fr-CH"/>
        </w:rPr>
        <w:t xml:space="preserve">Oui </w:t>
      </w:r>
      <w:sdt>
        <w:sdtPr>
          <w:rPr>
            <w:rFonts w:ascii="MS Gothic" w:eastAsia="MS Gothic" w:hAnsi="MS Gothic"/>
            <w:lang w:val="fr-CH"/>
          </w:rPr>
          <w:alias w:val="Réponse"/>
          <w:tag w:val="Réponse"/>
          <w:id w:val="-58877819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27D30">
            <w:rPr>
              <w:rFonts w:ascii="MS Gothic" w:eastAsia="MS Gothic" w:hAnsi="MS Gothic" w:hint="eastAsia"/>
              <w:lang w:val="fr-CH"/>
            </w:rPr>
            <w:t>☐</w:t>
          </w:r>
        </w:sdtContent>
      </w:sdt>
      <w:r w:rsidRPr="00E27D30">
        <w:rPr>
          <w:lang w:val="fr-CH"/>
        </w:rPr>
        <w:t xml:space="preserve"> Non </w:t>
      </w:r>
      <w:sdt>
        <w:sdtPr>
          <w:rPr>
            <w:rFonts w:ascii="MS Gothic" w:eastAsia="MS Gothic" w:hAnsi="MS Gothic"/>
            <w:lang w:val="fr-CH"/>
          </w:rPr>
          <w:alias w:val="Réponse"/>
          <w:tag w:val="Réponse"/>
          <w:id w:val="-97174144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27D30">
            <w:rPr>
              <w:rFonts w:ascii="MS Gothic" w:eastAsia="MS Gothic" w:hAnsi="MS Gothic" w:hint="eastAsia"/>
              <w:lang w:val="fr-CH"/>
            </w:rPr>
            <w:t>☐</w:t>
          </w:r>
        </w:sdtContent>
      </w:sdt>
    </w:p>
    <w:p w14:paraId="3624DF6A" w14:textId="77777777" w:rsidR="00EE2516" w:rsidRPr="00E27D30" w:rsidRDefault="00101958" w:rsidP="00E27D30">
      <w:pPr>
        <w:pStyle w:val="Paragraphedeliste"/>
        <w:numPr>
          <w:ilvl w:val="0"/>
          <w:numId w:val="21"/>
        </w:numPr>
        <w:jc w:val="both"/>
        <w:rPr>
          <w:lang w:val="fr-CH"/>
        </w:rPr>
      </w:pPr>
      <w:r w:rsidRPr="00E27D30">
        <w:rPr>
          <w:lang w:val="fr-CH"/>
        </w:rPr>
        <w:t xml:space="preserve">Les utilisateurs reçoivent-ils une formation ou des consignes sur la gestion sécurisée des accès </w:t>
      </w:r>
      <w:r w:rsidR="00E27D30">
        <w:rPr>
          <w:lang w:val="fr-CH"/>
        </w:rPr>
        <w:t>(</w:t>
      </w:r>
      <w:r w:rsidR="00E27D30" w:rsidRPr="00E27D30">
        <w:rPr>
          <w:lang w:val="fr-CH"/>
        </w:rPr>
        <w:t>Par exemple protection des mots de passe</w:t>
      </w:r>
      <w:r w:rsidR="00E27D30">
        <w:rPr>
          <w:lang w:val="fr-CH"/>
        </w:rPr>
        <w:t>)</w:t>
      </w:r>
      <w:r w:rsidRPr="00E27D30">
        <w:rPr>
          <w:lang w:val="fr-CH"/>
        </w:rPr>
        <w:t>?*</w:t>
      </w:r>
    </w:p>
    <w:p w14:paraId="3F9BBB87" w14:textId="77777777" w:rsidR="00E27D30" w:rsidRPr="00E27D30" w:rsidRDefault="00985565" w:rsidP="00E27D30">
      <w:pPr>
        <w:ind w:left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210584517"/>
          <w:placeholder>
            <w:docPart w:val="C82C94216B1345B1A87602F877F97A41"/>
          </w:placeholder>
          <w:showingPlcHdr/>
          <w15:color w:val="FF6600"/>
          <w15:appearance w15:val="hidden"/>
        </w:sdtPr>
        <w:sdtEndPr/>
        <w:sdtContent>
          <w:r w:rsidR="00E27D30" w:rsidRPr="00E27D30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5475F199" w14:textId="77777777" w:rsidR="00EE2516" w:rsidRPr="00E27D30" w:rsidRDefault="00101958" w:rsidP="00E27D30">
      <w:pPr>
        <w:pStyle w:val="Paragraphedeliste"/>
        <w:numPr>
          <w:ilvl w:val="0"/>
          <w:numId w:val="21"/>
        </w:numPr>
        <w:jc w:val="both"/>
        <w:rPr>
          <w:lang w:val="fr-CH"/>
        </w:rPr>
      </w:pPr>
      <w:r w:rsidRPr="00E27D30">
        <w:rPr>
          <w:lang w:val="fr-CH"/>
        </w:rPr>
        <w:t>Des formations sont-elles pr</w:t>
      </w:r>
      <w:r w:rsidR="00E27D30">
        <w:rPr>
          <w:lang w:val="fr-CH"/>
        </w:rPr>
        <w:t>oposées régulièrement ?*</w:t>
      </w:r>
    </w:p>
    <w:p w14:paraId="4BC26654" w14:textId="77777777" w:rsidR="00E27D30" w:rsidRPr="00E27D30" w:rsidRDefault="00E27D30" w:rsidP="00E27D30">
      <w:pPr>
        <w:ind w:firstLine="720"/>
        <w:jc w:val="both"/>
        <w:rPr>
          <w:lang w:val="fr-CH"/>
        </w:rPr>
      </w:pPr>
      <w:r w:rsidRPr="00E27D30">
        <w:rPr>
          <w:lang w:val="fr-CH"/>
        </w:rPr>
        <w:t xml:space="preserve">Oui </w:t>
      </w:r>
      <w:sdt>
        <w:sdtPr>
          <w:rPr>
            <w:lang w:val="fr-CH"/>
          </w:rPr>
          <w:alias w:val="Réponse"/>
          <w:tag w:val="Réponse"/>
          <w:id w:val="3629519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27D30">
            <w:rPr>
              <w:rFonts w:ascii="Segoe UI Symbol" w:hAnsi="Segoe UI Symbol" w:cs="Segoe UI Symbol"/>
              <w:lang w:val="fr-CH"/>
            </w:rPr>
            <w:t>☐</w:t>
          </w:r>
        </w:sdtContent>
      </w:sdt>
      <w:r w:rsidRPr="00E27D30">
        <w:rPr>
          <w:lang w:val="fr-CH"/>
        </w:rPr>
        <w:t xml:space="preserve"> Non </w:t>
      </w:r>
      <w:sdt>
        <w:sdtPr>
          <w:rPr>
            <w:lang w:val="fr-CH"/>
          </w:rPr>
          <w:alias w:val="Réponse"/>
          <w:tag w:val="Réponse"/>
          <w:id w:val="3909318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27D30">
            <w:rPr>
              <w:rFonts w:ascii="Segoe UI Symbol" w:hAnsi="Segoe UI Symbol" w:cs="Segoe UI Symbol"/>
              <w:lang w:val="fr-CH"/>
            </w:rPr>
            <w:t>☐</w:t>
          </w:r>
        </w:sdtContent>
      </w:sdt>
    </w:p>
    <w:p w14:paraId="7BDC85FE" w14:textId="77777777" w:rsidR="00EE2516" w:rsidRPr="00E27D30" w:rsidRDefault="00101958" w:rsidP="00E27D30">
      <w:pPr>
        <w:pStyle w:val="Paragraphedeliste"/>
        <w:numPr>
          <w:ilvl w:val="0"/>
          <w:numId w:val="22"/>
        </w:numPr>
        <w:jc w:val="both"/>
        <w:rPr>
          <w:lang w:val="fr-CH"/>
        </w:rPr>
      </w:pPr>
      <w:r w:rsidRPr="00E27D30">
        <w:rPr>
          <w:lang w:val="fr-CH"/>
        </w:rPr>
        <w:t>Quel est le contenu de la formation ?*</w:t>
      </w:r>
    </w:p>
    <w:sdt>
      <w:sdtPr>
        <w:rPr>
          <w:lang w:val="fr-CH"/>
        </w:rPr>
        <w:alias w:val="Réponse"/>
        <w:tag w:val="Réponse"/>
        <w:id w:val="-2094380503"/>
        <w:placeholder>
          <w:docPart w:val="1CA7D28352F94B3A9DF26EC824BE0E13"/>
        </w:placeholder>
        <w15:color w:val="FF6600"/>
        <w15:appearance w15:val="hidden"/>
      </w:sdtPr>
      <w:sdtEndPr/>
      <w:sdtContent>
        <w:p w14:paraId="560D6D8A" w14:textId="77777777" w:rsidR="00E27D30" w:rsidRPr="00E27D30" w:rsidRDefault="00985565" w:rsidP="003A1047">
          <w:pPr>
            <w:ind w:left="720" w:firstLine="360"/>
            <w:jc w:val="both"/>
            <w:rPr>
              <w:lang w:val="fr-CH"/>
            </w:rPr>
          </w:pPr>
          <w:sdt>
            <w:sdtPr>
              <w:rPr>
                <w:lang w:val="fr-CH"/>
              </w:rPr>
              <w:alias w:val="Réponse"/>
              <w:tag w:val="Réponse"/>
              <w:id w:val="919146490"/>
              <w:placeholder>
                <w:docPart w:val="8CE3E415C9E24534911F0D98E9A64DDC"/>
              </w:placeholder>
              <w:showingPlcHdr/>
              <w15:color w:val="FF6600"/>
              <w15:appearance w15:val="hidden"/>
            </w:sdtPr>
            <w:sdtEndPr/>
            <w:sdtContent>
              <w:r w:rsidR="003A1047" w:rsidRPr="007C6068">
                <w:rPr>
                  <w:rStyle w:val="Textedelespacerserv"/>
                  <w:lang w:val="fr-CH"/>
                </w:rPr>
                <w:t>Cliquez ou appuyez ici pour entrer du texte.</w:t>
              </w:r>
            </w:sdtContent>
          </w:sdt>
        </w:p>
      </w:sdtContent>
    </w:sdt>
    <w:p w14:paraId="5C30222B" w14:textId="77777777" w:rsidR="00EE2516" w:rsidRDefault="00101958" w:rsidP="00E36554">
      <w:pPr>
        <w:pStyle w:val="Paragraphedeliste"/>
        <w:numPr>
          <w:ilvl w:val="0"/>
          <w:numId w:val="22"/>
        </w:numPr>
        <w:jc w:val="both"/>
        <w:rPr>
          <w:lang w:val="fr-CH"/>
        </w:rPr>
      </w:pPr>
      <w:r w:rsidRPr="00B85133">
        <w:rPr>
          <w:lang w:val="fr-CH"/>
        </w:rPr>
        <w:t>Qui est responsable de la formation ?*</w:t>
      </w:r>
    </w:p>
    <w:sdt>
      <w:sdtPr>
        <w:rPr>
          <w:lang w:val="fr-CH"/>
        </w:rPr>
        <w:alias w:val="Réponse"/>
        <w:tag w:val="Réponse"/>
        <w:id w:val="-964883341"/>
        <w:placeholder>
          <w:docPart w:val="058F62EBFC6E48DF81585269CD075074"/>
        </w:placeholder>
        <w15:color w:val="FF6600"/>
        <w15:appearance w15:val="hidden"/>
      </w:sdtPr>
      <w:sdtEndPr/>
      <w:sdtContent>
        <w:p w14:paraId="3D9BC00F" w14:textId="77777777" w:rsidR="00E36554" w:rsidRPr="00E36554" w:rsidRDefault="00985565" w:rsidP="00E36554">
          <w:pPr>
            <w:ind w:left="720" w:firstLine="360"/>
            <w:jc w:val="both"/>
            <w:rPr>
              <w:lang w:val="fr-CH"/>
            </w:rPr>
          </w:pPr>
          <w:sdt>
            <w:sdtPr>
              <w:rPr>
                <w:lang w:val="fr-CH"/>
              </w:rPr>
              <w:alias w:val="Réponse"/>
              <w:tag w:val="Réponse"/>
              <w:id w:val="-754894599"/>
              <w:placeholder>
                <w:docPart w:val="9E2B01C1AE054CD69C7135784564F732"/>
              </w:placeholder>
              <w:showingPlcHdr/>
              <w15:color w:val="FF6600"/>
              <w15:appearance w15:val="hidden"/>
            </w:sdtPr>
            <w:sdtEndPr/>
            <w:sdtContent>
              <w:r w:rsidR="00E36554" w:rsidRPr="00E36554">
                <w:rPr>
                  <w:rStyle w:val="Textedelespacerserv"/>
                  <w:lang w:val="fr-CH"/>
                </w:rPr>
                <w:t>Cliquez ou appuyez ici pour entrer du texte.</w:t>
              </w:r>
            </w:sdtContent>
          </w:sdt>
        </w:p>
      </w:sdtContent>
    </w:sdt>
    <w:p w14:paraId="1B23E3A2" w14:textId="77777777" w:rsidR="00EE2516" w:rsidRPr="00E36554" w:rsidRDefault="00101958" w:rsidP="00E36554">
      <w:pPr>
        <w:pStyle w:val="Paragraphedeliste"/>
        <w:numPr>
          <w:ilvl w:val="0"/>
          <w:numId w:val="22"/>
        </w:numPr>
        <w:jc w:val="both"/>
        <w:rPr>
          <w:lang w:val="fr-CH"/>
        </w:rPr>
      </w:pPr>
      <w:r w:rsidRPr="00E36554">
        <w:rPr>
          <w:lang w:val="fr-CH"/>
        </w:rPr>
        <w:t>Porte-t-elle sur des questions de fonds ou sur des aspects techniques ? *</w:t>
      </w:r>
    </w:p>
    <w:sdt>
      <w:sdtPr>
        <w:rPr>
          <w:lang w:val="fr-CH"/>
        </w:rPr>
        <w:alias w:val="Réponse"/>
        <w:tag w:val="Réponse"/>
        <w:id w:val="522987393"/>
        <w:placeholder>
          <w:docPart w:val="429B005C34A745A5B272797BF1B0AFCA"/>
        </w:placeholder>
        <w15:color w:val="FF6600"/>
        <w15:appearance w15:val="hidden"/>
      </w:sdtPr>
      <w:sdtEndPr/>
      <w:sdtContent>
        <w:p w14:paraId="4AE06BB5" w14:textId="77777777" w:rsidR="00E36554" w:rsidRPr="00E36554" w:rsidRDefault="00985565" w:rsidP="00E36554">
          <w:pPr>
            <w:ind w:left="1080"/>
            <w:jc w:val="both"/>
            <w:rPr>
              <w:lang w:val="fr-CH"/>
            </w:rPr>
          </w:pPr>
          <w:sdt>
            <w:sdtPr>
              <w:rPr>
                <w:lang w:val="fr-CH"/>
              </w:rPr>
              <w:alias w:val="Réponse"/>
              <w:tag w:val="Réponse"/>
              <w:id w:val="-1042126615"/>
              <w:placeholder>
                <w:docPart w:val="E1F6776183BA46F59B8038DC3A879050"/>
              </w:placeholder>
              <w:showingPlcHdr/>
              <w15:color w:val="FF6600"/>
              <w15:appearance w15:val="hidden"/>
            </w:sdtPr>
            <w:sdtEndPr/>
            <w:sdtContent>
              <w:r w:rsidR="00E36554" w:rsidRPr="00E36554">
                <w:rPr>
                  <w:rStyle w:val="Textedelespacerserv"/>
                  <w:lang w:val="fr-CH"/>
                </w:rPr>
                <w:t>Cliquez ou appuyez ici pour entrer du texte.</w:t>
              </w:r>
            </w:sdtContent>
          </w:sdt>
        </w:p>
      </w:sdtContent>
    </w:sdt>
    <w:p w14:paraId="1E90DEE4" w14:textId="77777777" w:rsidR="00EE2516" w:rsidRPr="00E36554" w:rsidRDefault="00101958" w:rsidP="00E36554">
      <w:pPr>
        <w:pStyle w:val="Paragraphedeliste"/>
        <w:numPr>
          <w:ilvl w:val="0"/>
          <w:numId w:val="22"/>
        </w:numPr>
        <w:jc w:val="both"/>
        <w:rPr>
          <w:lang w:val="fr-CH"/>
        </w:rPr>
      </w:pPr>
      <w:r w:rsidRPr="00E36554">
        <w:rPr>
          <w:lang w:val="fr-CH"/>
        </w:rPr>
        <w:t>Des exemples tests ou des environnements de formation sont-ils utilisés ?*</w:t>
      </w:r>
    </w:p>
    <w:sdt>
      <w:sdtPr>
        <w:rPr>
          <w:lang w:val="fr-CH"/>
        </w:rPr>
        <w:alias w:val="Réponse"/>
        <w:tag w:val="Réponse"/>
        <w:id w:val="-211734824"/>
        <w:placeholder>
          <w:docPart w:val="72116C2AF04D453A9CC357492095F7CF"/>
        </w:placeholder>
        <w15:color w:val="FF6600"/>
        <w15:appearance w15:val="hidden"/>
      </w:sdtPr>
      <w:sdtEndPr/>
      <w:sdtContent>
        <w:p w14:paraId="36C38607" w14:textId="77777777" w:rsidR="00E36554" w:rsidRPr="00E36554" w:rsidRDefault="00985565" w:rsidP="00E36554">
          <w:pPr>
            <w:ind w:left="720" w:firstLine="360"/>
            <w:jc w:val="both"/>
            <w:rPr>
              <w:lang w:val="fr-CH"/>
            </w:rPr>
          </w:pPr>
          <w:sdt>
            <w:sdtPr>
              <w:rPr>
                <w:lang w:val="fr-CH"/>
              </w:rPr>
              <w:alias w:val="Réponse"/>
              <w:tag w:val="Réponse"/>
              <w:id w:val="1384069411"/>
              <w:placeholder>
                <w:docPart w:val="91B8A907E4744BF0A2924665BF16BE31"/>
              </w:placeholder>
              <w:showingPlcHdr/>
              <w15:color w:val="FF6600"/>
              <w15:appearance w15:val="hidden"/>
            </w:sdtPr>
            <w:sdtEndPr/>
            <w:sdtContent>
              <w:r w:rsidR="00E36554" w:rsidRPr="00E36554">
                <w:rPr>
                  <w:rStyle w:val="Textedelespacerserv"/>
                  <w:lang w:val="fr-CH"/>
                </w:rPr>
                <w:t>Cliquez ou appuyez ici pour entrer du texte.</w:t>
              </w:r>
            </w:sdtContent>
          </w:sdt>
        </w:p>
      </w:sdtContent>
    </w:sdt>
    <w:p w14:paraId="05F9930A" w14:textId="77777777" w:rsidR="00E36554" w:rsidRDefault="00101958" w:rsidP="00E36554">
      <w:pPr>
        <w:pStyle w:val="Paragraphedeliste"/>
        <w:numPr>
          <w:ilvl w:val="0"/>
          <w:numId w:val="22"/>
        </w:numPr>
        <w:jc w:val="both"/>
        <w:rPr>
          <w:lang w:val="fr-CH"/>
        </w:rPr>
      </w:pPr>
      <w:r w:rsidRPr="00E36554">
        <w:rPr>
          <w:lang w:val="fr-CH"/>
        </w:rPr>
        <w:t>Qui est invité à y participer ? *</w:t>
      </w:r>
    </w:p>
    <w:sdt>
      <w:sdtPr>
        <w:rPr>
          <w:lang w:val="fr-CH"/>
        </w:rPr>
        <w:alias w:val="Réponse"/>
        <w:tag w:val="Réponse"/>
        <w:id w:val="-2147262611"/>
        <w:placeholder>
          <w:docPart w:val="42A6AE5EA57543D191E552D3CE478488"/>
        </w:placeholder>
        <w15:color w:val="FF6600"/>
        <w15:appearance w15:val="hidden"/>
      </w:sdtPr>
      <w:sdtEndPr/>
      <w:sdtContent>
        <w:p w14:paraId="528A879A" w14:textId="77777777" w:rsidR="00E36554" w:rsidRPr="00E36554" w:rsidRDefault="00985565" w:rsidP="00E36554">
          <w:pPr>
            <w:ind w:left="720" w:firstLine="360"/>
            <w:jc w:val="both"/>
            <w:rPr>
              <w:lang w:val="fr-CH"/>
            </w:rPr>
          </w:pPr>
          <w:sdt>
            <w:sdtPr>
              <w:rPr>
                <w:lang w:val="fr-CH"/>
              </w:rPr>
              <w:alias w:val="Réponse"/>
              <w:tag w:val="Réponse"/>
              <w:id w:val="745460049"/>
              <w:placeholder>
                <w:docPart w:val="A024F0B52E4A405CA5C9F5EE5D7D25AF"/>
              </w:placeholder>
              <w:showingPlcHdr/>
              <w15:color w:val="FF6600"/>
              <w15:appearance w15:val="hidden"/>
            </w:sdtPr>
            <w:sdtEndPr/>
            <w:sdtContent>
              <w:r w:rsidR="00E36554" w:rsidRPr="00E36554">
                <w:rPr>
                  <w:rStyle w:val="Textedelespacerserv"/>
                  <w:lang w:val="fr-CH"/>
                </w:rPr>
                <w:t>Cliquez ou appuyez ici pour entrer du texte.</w:t>
              </w:r>
            </w:sdtContent>
          </w:sdt>
        </w:p>
      </w:sdtContent>
    </w:sdt>
    <w:p w14:paraId="2780F5CA" w14:textId="77777777" w:rsidR="00EE2516" w:rsidRPr="00E36554" w:rsidRDefault="00101958" w:rsidP="00E36554">
      <w:pPr>
        <w:pStyle w:val="Paragraphedeliste"/>
        <w:numPr>
          <w:ilvl w:val="0"/>
          <w:numId w:val="21"/>
        </w:numPr>
        <w:jc w:val="both"/>
        <w:rPr>
          <w:lang w:val="fr-CH"/>
        </w:rPr>
      </w:pPr>
      <w:r w:rsidRPr="00E36554">
        <w:rPr>
          <w:lang w:val="fr-CH"/>
        </w:rPr>
        <w:t>Existe-t-il des campagnes de sensibilisation régulières pour rappeler les bonnes pratiques en matière de gestion des accès ?*</w:t>
      </w:r>
    </w:p>
    <w:p w14:paraId="19620DDE" w14:textId="77777777" w:rsidR="00E36554" w:rsidRPr="00E36554" w:rsidRDefault="00985565" w:rsidP="00E36554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974192923"/>
          <w:placeholder>
            <w:docPart w:val="8BFC63BD065A41E68243B0922C680913"/>
          </w:placeholder>
          <w:showingPlcHdr/>
          <w15:color w:val="FF6600"/>
          <w15:appearance w15:val="hidden"/>
        </w:sdtPr>
        <w:sdtEndPr/>
        <w:sdtContent>
          <w:r w:rsidR="00E36554" w:rsidRPr="00E36554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61BABC10" w14:textId="77777777" w:rsidR="00EE2516" w:rsidRPr="00E36554" w:rsidRDefault="00101958" w:rsidP="00E36554">
      <w:pPr>
        <w:pStyle w:val="Paragraphedeliste"/>
        <w:numPr>
          <w:ilvl w:val="0"/>
          <w:numId w:val="21"/>
        </w:numPr>
        <w:jc w:val="both"/>
        <w:rPr>
          <w:lang w:val="fr-CH"/>
        </w:rPr>
      </w:pPr>
      <w:r w:rsidRPr="00E36554">
        <w:rPr>
          <w:lang w:val="fr-CH"/>
        </w:rPr>
        <w:t>Pour la formati</w:t>
      </w:r>
      <w:r w:rsidR="00E36554">
        <w:rPr>
          <w:lang w:val="fr-CH"/>
        </w:rPr>
        <w:t>on, y a-t-il un 'outil' test ?*</w:t>
      </w:r>
    </w:p>
    <w:p w14:paraId="53CD976A" w14:textId="77777777" w:rsidR="00E36554" w:rsidRPr="00E36554" w:rsidRDefault="00E36554" w:rsidP="00E36554">
      <w:pPr>
        <w:ind w:firstLine="720"/>
        <w:jc w:val="both"/>
        <w:rPr>
          <w:lang w:val="fr-CH"/>
        </w:rPr>
      </w:pPr>
      <w:r w:rsidRPr="00E36554">
        <w:rPr>
          <w:lang w:val="fr-CH"/>
        </w:rPr>
        <w:t xml:space="preserve">Oui </w:t>
      </w:r>
      <w:sdt>
        <w:sdtPr>
          <w:rPr>
            <w:rFonts w:ascii="Segoe UI Symbol" w:hAnsi="Segoe UI Symbol" w:cs="Segoe UI Symbol"/>
            <w:lang w:val="fr-CH"/>
          </w:rPr>
          <w:alias w:val="Réponse"/>
          <w:tag w:val="Réponse"/>
          <w:id w:val="6658304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36554">
            <w:rPr>
              <w:rFonts w:ascii="Segoe UI Symbol" w:hAnsi="Segoe UI Symbol" w:cs="Segoe UI Symbol"/>
              <w:lang w:val="fr-CH"/>
            </w:rPr>
            <w:t>☐</w:t>
          </w:r>
        </w:sdtContent>
      </w:sdt>
      <w:r w:rsidRPr="00E36554">
        <w:rPr>
          <w:lang w:val="fr-CH"/>
        </w:rPr>
        <w:t xml:space="preserve"> Non </w:t>
      </w:r>
      <w:sdt>
        <w:sdtPr>
          <w:rPr>
            <w:rFonts w:ascii="Segoe UI Symbol" w:hAnsi="Segoe UI Symbol" w:cs="Segoe UI Symbol"/>
            <w:lang w:val="fr-CH"/>
          </w:rPr>
          <w:alias w:val="Réponse"/>
          <w:tag w:val="Réponse"/>
          <w:id w:val="161008408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36554">
            <w:rPr>
              <w:rFonts w:ascii="Segoe UI Symbol" w:hAnsi="Segoe UI Symbol" w:cs="Segoe UI Symbol"/>
              <w:lang w:val="fr-CH"/>
            </w:rPr>
            <w:t>☐</w:t>
          </w:r>
        </w:sdtContent>
      </w:sdt>
    </w:p>
    <w:p w14:paraId="1136A30A" w14:textId="77777777" w:rsidR="00EE2516" w:rsidRPr="00E36554" w:rsidRDefault="00101958" w:rsidP="00C93806">
      <w:pPr>
        <w:pStyle w:val="Paragraphedeliste"/>
        <w:numPr>
          <w:ilvl w:val="1"/>
          <w:numId w:val="21"/>
        </w:numPr>
        <w:jc w:val="both"/>
        <w:rPr>
          <w:lang w:val="fr-CH"/>
        </w:rPr>
      </w:pPr>
      <w:r w:rsidRPr="00E36554">
        <w:rPr>
          <w:lang w:val="fr-CH"/>
        </w:rPr>
        <w:lastRenderedPageBreak/>
        <w:t>Ou est-ce que les recherches portent sur des personnes connues (le participant, un collègue, une connaissance) ?*</w:t>
      </w:r>
    </w:p>
    <w:p w14:paraId="78196ED3" w14:textId="77777777" w:rsidR="00E36554" w:rsidRPr="00E36554" w:rsidRDefault="00985565" w:rsidP="00C93806">
      <w:pPr>
        <w:ind w:left="720"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1990827067"/>
          <w:placeholder>
            <w:docPart w:val="444C0338FAE2475C86C4892FBD4221CB"/>
          </w:placeholder>
          <w:showingPlcHdr/>
          <w15:color w:val="FF6600"/>
          <w15:appearance w15:val="hidden"/>
        </w:sdtPr>
        <w:sdtEndPr/>
        <w:sdtContent>
          <w:r w:rsidR="00E36554" w:rsidRPr="00E36554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02BD9DB3" w14:textId="77777777" w:rsidR="004C1D8C" w:rsidRPr="00B85133" w:rsidRDefault="00101958" w:rsidP="00E36554">
      <w:pPr>
        <w:pStyle w:val="Titre2"/>
        <w:jc w:val="both"/>
        <w:rPr>
          <w:lang w:val="fr-CH"/>
        </w:rPr>
      </w:pPr>
      <w:r w:rsidRPr="00B85133">
        <w:rPr>
          <w:lang w:val="fr-CH"/>
        </w:rPr>
        <w:t>7. Conformité et audits</w:t>
      </w:r>
    </w:p>
    <w:p w14:paraId="3F57980C" w14:textId="77777777" w:rsidR="00EE2516" w:rsidRDefault="00101958" w:rsidP="006C2B37">
      <w:pPr>
        <w:pStyle w:val="Paragraphedeliste"/>
        <w:numPr>
          <w:ilvl w:val="0"/>
          <w:numId w:val="23"/>
        </w:numPr>
        <w:jc w:val="both"/>
        <w:rPr>
          <w:lang w:val="fr-CH"/>
        </w:rPr>
      </w:pPr>
      <w:r w:rsidRPr="00B85133">
        <w:rPr>
          <w:lang w:val="fr-CH"/>
        </w:rPr>
        <w:t>Des audits internes ou externes sur la gestion des accès ont-ils déjà été réalisés ? Si oui, quelles en ont été les conclusions ?*</w:t>
      </w:r>
    </w:p>
    <w:p w14:paraId="1E70CACC" w14:textId="77777777" w:rsidR="006C2B37" w:rsidRPr="006C2B37" w:rsidRDefault="00985565" w:rsidP="006C2B37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434827514"/>
          <w:placeholder>
            <w:docPart w:val="9978FA886CB54F31A21A383E4D70CD1A"/>
          </w:placeholder>
          <w:showingPlcHdr/>
          <w15:color w:val="FF6600"/>
          <w15:appearance w15:val="hidden"/>
        </w:sdtPr>
        <w:sdtEndPr/>
        <w:sdtContent>
          <w:r w:rsidR="006C2B37" w:rsidRPr="00E36554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6820B4B2" w14:textId="77777777" w:rsidR="00EE2516" w:rsidRPr="006C2B37" w:rsidRDefault="00101958" w:rsidP="006C2B37">
      <w:pPr>
        <w:pStyle w:val="Paragraphedeliste"/>
        <w:numPr>
          <w:ilvl w:val="0"/>
          <w:numId w:val="23"/>
        </w:numPr>
        <w:jc w:val="both"/>
        <w:rPr>
          <w:lang w:val="fr-CH"/>
        </w:rPr>
      </w:pPr>
      <w:r w:rsidRPr="006C2B37">
        <w:rPr>
          <w:lang w:val="fr-CH"/>
        </w:rPr>
        <w:t>Y a-t-il des actions spécifiques mises en place pour remédier aux faiblesses identifiées lors des audits précédents ?*</w:t>
      </w:r>
    </w:p>
    <w:p w14:paraId="49C10088" w14:textId="77777777" w:rsidR="008E3265" w:rsidRPr="008E3265" w:rsidRDefault="00985565" w:rsidP="008E3265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50580627"/>
          <w:placeholder>
            <w:docPart w:val="41B8A8A32C284E398D5C35170DCBDECE"/>
          </w:placeholder>
          <w:showingPlcHdr/>
          <w15:color w:val="FF6600"/>
          <w15:appearance w15:val="hidden"/>
        </w:sdtPr>
        <w:sdtEndPr/>
        <w:sdtContent>
          <w:r w:rsidR="008E3265" w:rsidRPr="008E3265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0C3E4284" w14:textId="77777777" w:rsidR="004C1D8C" w:rsidRPr="00B85133" w:rsidRDefault="008E3265" w:rsidP="008E3265">
      <w:pPr>
        <w:pStyle w:val="Titre2"/>
        <w:numPr>
          <w:ilvl w:val="0"/>
          <w:numId w:val="23"/>
        </w:numPr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>8. Gestion des incidents liés aux accès</w:t>
      </w:r>
    </w:p>
    <w:p w14:paraId="4B8A8503" w14:textId="77777777" w:rsidR="00EE2516" w:rsidRDefault="00101958" w:rsidP="00602409">
      <w:pPr>
        <w:pStyle w:val="Paragraphedeliste"/>
        <w:numPr>
          <w:ilvl w:val="0"/>
          <w:numId w:val="24"/>
        </w:numPr>
        <w:jc w:val="both"/>
        <w:rPr>
          <w:lang w:val="fr-CH"/>
        </w:rPr>
      </w:pPr>
      <w:r w:rsidRPr="00B85133">
        <w:rPr>
          <w:lang w:val="fr-CH"/>
        </w:rPr>
        <w:t>Existe-t-il une procédure pour signaler et gérer les accès non autorisés ou les tentatives de violation ?*</w:t>
      </w:r>
    </w:p>
    <w:p w14:paraId="1C1DB3BC" w14:textId="77777777" w:rsidR="004C1D8C" w:rsidRPr="00021B17" w:rsidRDefault="00985565" w:rsidP="00021B17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363491558"/>
          <w:placeholder>
            <w:docPart w:val="8CF760FC2B79437E852DC310625E3707"/>
          </w:placeholder>
          <w:showingPlcHdr/>
          <w15:color w:val="FF6600"/>
          <w15:appearance w15:val="hidden"/>
        </w:sdtPr>
        <w:sdtEndPr/>
        <w:sdtContent>
          <w:r w:rsidR="00021B17" w:rsidRPr="00021B17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3A84FF80" w14:textId="77777777" w:rsidR="00EE2516" w:rsidRDefault="00101958" w:rsidP="00602409">
      <w:pPr>
        <w:pStyle w:val="Paragraphedeliste"/>
        <w:numPr>
          <w:ilvl w:val="0"/>
          <w:numId w:val="24"/>
        </w:numPr>
        <w:jc w:val="both"/>
        <w:rPr>
          <w:lang w:val="fr-CH"/>
        </w:rPr>
      </w:pPr>
      <w:r w:rsidRPr="00B85133">
        <w:rPr>
          <w:lang w:val="fr-CH"/>
        </w:rPr>
        <w:t>Quelles mesures sont prévues en cas d’utilisation abusive du système ?*</w:t>
      </w:r>
    </w:p>
    <w:p w14:paraId="1B4AA0ED" w14:textId="77777777" w:rsidR="004C1D8C" w:rsidRPr="00021B17" w:rsidRDefault="00985565" w:rsidP="00021B17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204025296"/>
          <w:placeholder>
            <w:docPart w:val="45F405658325477AB48C8BE01CC43208"/>
          </w:placeholder>
          <w:showingPlcHdr/>
          <w15:color w:val="FF6600"/>
          <w15:appearance w15:val="hidden"/>
        </w:sdtPr>
        <w:sdtEndPr/>
        <w:sdtContent>
          <w:r w:rsidR="00021B17" w:rsidRPr="00021B17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190C6C42" w14:textId="77777777" w:rsidR="004C1D8C" w:rsidRPr="00B85133" w:rsidRDefault="00101958" w:rsidP="001863C2">
      <w:pPr>
        <w:pStyle w:val="Titre2"/>
        <w:jc w:val="both"/>
        <w:rPr>
          <w:lang w:val="fr-CH"/>
        </w:rPr>
      </w:pPr>
      <w:r w:rsidRPr="00B85133">
        <w:rPr>
          <w:lang w:val="fr-CH"/>
        </w:rPr>
        <w:t>9. Utilisation</w:t>
      </w:r>
    </w:p>
    <w:p w14:paraId="0CA1D062" w14:textId="2A6A9799" w:rsidR="00EE2516" w:rsidRDefault="00101958" w:rsidP="00597796">
      <w:pPr>
        <w:pStyle w:val="Paragraphedeliste"/>
        <w:numPr>
          <w:ilvl w:val="0"/>
          <w:numId w:val="25"/>
        </w:numPr>
        <w:jc w:val="both"/>
        <w:rPr>
          <w:lang w:val="fr-CH"/>
        </w:rPr>
      </w:pPr>
      <w:r w:rsidRPr="00B85133">
        <w:rPr>
          <w:lang w:val="fr-CH"/>
        </w:rPr>
        <w:t>Qui à l’int</w:t>
      </w:r>
      <w:r w:rsidR="00C93806">
        <w:rPr>
          <w:lang w:val="fr-CH"/>
        </w:rPr>
        <w:t xml:space="preserve">erne </w:t>
      </w:r>
      <w:r w:rsidRPr="00B85133">
        <w:rPr>
          <w:lang w:val="fr-CH"/>
        </w:rPr>
        <w:t>de votre entité peut recevoir des informations sur les données du SIS ?*</w:t>
      </w:r>
    </w:p>
    <w:p w14:paraId="36C4001E" w14:textId="77777777" w:rsidR="004C1D8C" w:rsidRPr="00B85133" w:rsidRDefault="00985565" w:rsidP="00597796">
      <w:pPr>
        <w:ind w:left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712797786"/>
          <w:placeholder>
            <w:docPart w:val="BFC1796DE688492DAA177FB857D4DE2D"/>
          </w:placeholder>
          <w:showingPlcHdr/>
          <w15:color w:val="FF6600"/>
          <w15:appearance w15:val="hidden"/>
        </w:sdtPr>
        <w:sdtEndPr/>
        <w:sdtContent>
          <w:r w:rsidR="00597796" w:rsidRPr="0059779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18454170" w14:textId="77777777" w:rsidR="00EE2516" w:rsidRDefault="00101958" w:rsidP="00597796">
      <w:pPr>
        <w:pStyle w:val="Paragraphedeliste"/>
        <w:numPr>
          <w:ilvl w:val="1"/>
          <w:numId w:val="25"/>
        </w:numPr>
        <w:jc w:val="both"/>
        <w:rPr>
          <w:lang w:val="fr-CH"/>
        </w:rPr>
      </w:pPr>
      <w:r w:rsidRPr="00B85133">
        <w:rPr>
          <w:lang w:val="fr-CH"/>
        </w:rPr>
        <w:t>Selon quelle base légale ? Sous quelle forme ?*</w:t>
      </w:r>
    </w:p>
    <w:p w14:paraId="33EC248E" w14:textId="77777777" w:rsidR="00597796" w:rsidRDefault="00985565" w:rsidP="00597796">
      <w:pPr>
        <w:ind w:left="720"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155056623"/>
          <w:placeholder>
            <w:docPart w:val="BEE6AD2F47B5476D9F4FCF8CC2CCE5D8"/>
          </w:placeholder>
          <w:showingPlcHdr/>
          <w15:color w:val="FF6600"/>
          <w15:appearance w15:val="hidden"/>
        </w:sdtPr>
        <w:sdtEndPr/>
        <w:sdtContent>
          <w:r w:rsidR="00597796" w:rsidRPr="00597796">
            <w:rPr>
              <w:rStyle w:val="Textedelespacerserv"/>
              <w:lang w:val="fr-CH"/>
            </w:rPr>
            <w:t>Cliquez ou appuyez ici pour entrer du texte.</w:t>
          </w:r>
        </w:sdtContent>
      </w:sdt>
      <w:r w:rsidR="00597796" w:rsidRPr="00B85133">
        <w:rPr>
          <w:lang w:val="fr-CH"/>
        </w:rPr>
        <w:t xml:space="preserve"> </w:t>
      </w:r>
    </w:p>
    <w:p w14:paraId="05431E47" w14:textId="59645811" w:rsidR="00EE2516" w:rsidRDefault="00C93806" w:rsidP="00597796">
      <w:pPr>
        <w:pStyle w:val="Paragraphedeliste"/>
        <w:numPr>
          <w:ilvl w:val="0"/>
          <w:numId w:val="25"/>
        </w:numPr>
        <w:jc w:val="both"/>
        <w:rPr>
          <w:lang w:val="fr-CH"/>
        </w:rPr>
      </w:pPr>
      <w:r>
        <w:rPr>
          <w:lang w:val="fr-CH"/>
        </w:rPr>
        <w:t>Lorsque</w:t>
      </w:r>
      <w:r w:rsidR="00101958" w:rsidRPr="00B85133">
        <w:rPr>
          <w:lang w:val="fr-CH"/>
        </w:rPr>
        <w:t xml:space="preserve"> le SIS est consulté conformément aux instructions internes</w:t>
      </w:r>
      <w:r>
        <w:rPr>
          <w:lang w:val="fr-CH"/>
        </w:rPr>
        <w:t>, c</w:t>
      </w:r>
      <w:r w:rsidR="00101958" w:rsidRPr="00B85133">
        <w:rPr>
          <w:lang w:val="fr-CH"/>
        </w:rPr>
        <w:t>omment les données sont-elles utilisées ?*</w:t>
      </w:r>
    </w:p>
    <w:p w14:paraId="7AED303A" w14:textId="77777777" w:rsidR="004C1D8C" w:rsidRPr="00B85133" w:rsidRDefault="00985565" w:rsidP="00597796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1011214779"/>
          <w:placeholder>
            <w:docPart w:val="7474BCE5EBBE4ADD8487F86DB208BC30"/>
          </w:placeholder>
          <w:showingPlcHdr/>
          <w15:color w:val="FF6600"/>
          <w15:appearance w15:val="hidden"/>
        </w:sdtPr>
        <w:sdtEndPr/>
        <w:sdtContent>
          <w:r w:rsidR="00597796" w:rsidRPr="00597796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7860283D" w14:textId="77777777" w:rsidR="004C1D8C" w:rsidRPr="00B85133" w:rsidRDefault="00101958" w:rsidP="001863C2">
      <w:pPr>
        <w:pStyle w:val="Titre2"/>
        <w:jc w:val="both"/>
        <w:rPr>
          <w:lang w:val="fr-CH"/>
        </w:rPr>
      </w:pPr>
      <w:r w:rsidRPr="00B85133">
        <w:rPr>
          <w:lang w:val="fr-CH"/>
        </w:rPr>
        <w:t>10. Autre</w:t>
      </w:r>
    </w:p>
    <w:p w14:paraId="1BF4A014" w14:textId="77777777" w:rsidR="00EE2516" w:rsidRDefault="00101958" w:rsidP="0009319F">
      <w:pPr>
        <w:pStyle w:val="Paragraphedeliste"/>
        <w:numPr>
          <w:ilvl w:val="0"/>
          <w:numId w:val="26"/>
        </w:numPr>
        <w:jc w:val="both"/>
        <w:rPr>
          <w:lang w:val="fr-CH"/>
        </w:rPr>
      </w:pPr>
      <w:r w:rsidRPr="00B85133">
        <w:rPr>
          <w:lang w:val="fr-CH"/>
        </w:rPr>
        <w:t>Pour l'entité dont vous vous occupez, combien d'accès au SIS ont été accordés ?*</w:t>
      </w:r>
    </w:p>
    <w:p w14:paraId="12ADD2BF" w14:textId="77777777" w:rsidR="0009319F" w:rsidRPr="0009319F" w:rsidRDefault="00985565" w:rsidP="0009319F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484163989"/>
          <w:placeholder>
            <w:docPart w:val="EFB7F031E3454BFF800D3850F3C92074"/>
          </w:placeholder>
          <w:showingPlcHdr/>
          <w15:color w:val="FF6600"/>
          <w15:appearance w15:val="hidden"/>
        </w:sdtPr>
        <w:sdtEndPr/>
        <w:sdtContent>
          <w:bookmarkStart w:id="0" w:name="_GoBack"/>
          <w:r w:rsidR="0009319F" w:rsidRPr="0009319F">
            <w:rPr>
              <w:rStyle w:val="Textedelespacerserv"/>
              <w:lang w:val="fr-CH"/>
            </w:rPr>
            <w:t>Cliquez ou appuyez ici pour entrer du texte.</w:t>
          </w:r>
          <w:bookmarkEnd w:id="0"/>
        </w:sdtContent>
      </w:sdt>
    </w:p>
    <w:p w14:paraId="317A94B2" w14:textId="77777777" w:rsidR="00EE2516" w:rsidRDefault="00101958" w:rsidP="0009319F">
      <w:pPr>
        <w:pStyle w:val="Paragraphedeliste"/>
        <w:numPr>
          <w:ilvl w:val="0"/>
          <w:numId w:val="26"/>
        </w:numPr>
        <w:jc w:val="both"/>
        <w:rPr>
          <w:lang w:val="fr-CH"/>
        </w:rPr>
      </w:pPr>
      <w:r w:rsidRPr="00B85133">
        <w:rPr>
          <w:lang w:val="fr-CH"/>
        </w:rPr>
        <w:t>Si votre entité a accès à RIPOL, dans quelle mesure les accès à ce dernier et les accès au SIS sont-ils liés ? *</w:t>
      </w:r>
    </w:p>
    <w:p w14:paraId="46A74A0E" w14:textId="77777777" w:rsidR="0009319F" w:rsidRPr="0009319F" w:rsidRDefault="00985565" w:rsidP="0009319F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2051058809"/>
          <w:placeholder>
            <w:docPart w:val="41F7D88011ED4932B0D08C6F20877F65"/>
          </w:placeholder>
          <w:showingPlcHdr/>
          <w15:color w:val="FF6600"/>
          <w15:appearance w15:val="hidden"/>
        </w:sdtPr>
        <w:sdtEndPr/>
        <w:sdtContent>
          <w:r w:rsidR="0009319F" w:rsidRPr="0009319F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1AD0C950" w14:textId="77777777" w:rsidR="00EE2516" w:rsidRDefault="00101958" w:rsidP="0009319F">
      <w:pPr>
        <w:pStyle w:val="Paragraphedeliste"/>
        <w:numPr>
          <w:ilvl w:val="1"/>
          <w:numId w:val="25"/>
        </w:numPr>
        <w:jc w:val="both"/>
        <w:rPr>
          <w:lang w:val="fr-CH"/>
        </w:rPr>
      </w:pPr>
      <w:r w:rsidRPr="00B85133">
        <w:rPr>
          <w:lang w:val="fr-CH"/>
        </w:rPr>
        <w:t>Ces accès sont-ils réglés de la même manière pour tout le monde ou diffèrent-ils en fonction des tâches attribuées aux utilisateurs ?*</w:t>
      </w:r>
    </w:p>
    <w:p w14:paraId="56C7CDD0" w14:textId="77777777" w:rsidR="0009319F" w:rsidRPr="0009319F" w:rsidRDefault="00985565" w:rsidP="0009319F">
      <w:pPr>
        <w:ind w:left="720"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1535855420"/>
          <w:placeholder>
            <w:docPart w:val="4058347A38D24A1F8EA0A81D02CD649B"/>
          </w:placeholder>
          <w:showingPlcHdr/>
          <w15:color w:val="FF6600"/>
          <w15:appearance w15:val="hidden"/>
        </w:sdtPr>
        <w:sdtEndPr/>
        <w:sdtContent>
          <w:r w:rsidR="0009319F" w:rsidRPr="0009319F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4A2F96E7" w14:textId="77777777" w:rsidR="00EE2516" w:rsidRDefault="0009319F" w:rsidP="0009319F">
      <w:pPr>
        <w:pStyle w:val="Paragraphedeliste"/>
        <w:numPr>
          <w:ilvl w:val="0"/>
          <w:numId w:val="26"/>
        </w:numPr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>Comment les personnes concernées sont-elles soutenues dans l’exercice de leurs droits d'accès à leurs données personnelles ? *</w:t>
      </w:r>
    </w:p>
    <w:p w14:paraId="1EBCFCCD" w14:textId="77777777" w:rsidR="0009319F" w:rsidRPr="0009319F" w:rsidRDefault="00985565" w:rsidP="0009319F">
      <w:pPr>
        <w:ind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379172433"/>
          <w:placeholder>
            <w:docPart w:val="B1EB251A92F94506985CF0EE9ECAA1F9"/>
          </w:placeholder>
          <w:showingPlcHdr/>
          <w15:color w:val="FF6600"/>
          <w15:appearance w15:val="hidden"/>
        </w:sdtPr>
        <w:sdtEndPr/>
        <w:sdtContent>
          <w:r w:rsidR="0009319F" w:rsidRPr="0009319F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533B18FE" w14:textId="77777777" w:rsidR="00EE2516" w:rsidRDefault="0009319F" w:rsidP="0009319F">
      <w:pPr>
        <w:pStyle w:val="Paragraphedeliste"/>
        <w:numPr>
          <w:ilvl w:val="0"/>
          <w:numId w:val="27"/>
        </w:numPr>
        <w:jc w:val="both"/>
        <w:rPr>
          <w:lang w:val="fr-CH"/>
        </w:rPr>
      </w:pPr>
      <w:r w:rsidRPr="00B85133">
        <w:rPr>
          <w:lang w:val="fr-CH"/>
        </w:rPr>
        <w:t xml:space="preserve"> </w:t>
      </w:r>
      <w:r w:rsidR="00101958" w:rsidRPr="00B85133">
        <w:rPr>
          <w:lang w:val="fr-CH"/>
        </w:rPr>
        <w:t>Peuvent-elles recevoir une aide dans le cadre des procédures visant à recevoir des informations, à rectifier des données ou à en effacer ?*</w:t>
      </w:r>
    </w:p>
    <w:p w14:paraId="1D3A9DEB" w14:textId="77777777" w:rsidR="0009319F" w:rsidRDefault="00985565" w:rsidP="0009319F">
      <w:pPr>
        <w:ind w:left="720" w:firstLine="720"/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1471944543"/>
          <w:placeholder>
            <w:docPart w:val="D99FE7D53647469FB848BE898BD27630"/>
          </w:placeholder>
          <w:showingPlcHdr/>
          <w15:color w:val="FF6600"/>
          <w15:appearance w15:val="hidden"/>
        </w:sdtPr>
        <w:sdtEndPr/>
        <w:sdtContent>
          <w:r w:rsidR="0009319F" w:rsidRPr="0009319F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6CC90B72" w14:textId="77777777" w:rsidR="001E6866" w:rsidRPr="001E6866" w:rsidRDefault="001E6866" w:rsidP="001E6866">
      <w:pPr>
        <w:jc w:val="both"/>
        <w:rPr>
          <w:lang w:val="fr-CH"/>
        </w:rPr>
      </w:pPr>
      <w:r>
        <w:t>Questions ou remarques concernant l'un des points ci-dessus</w:t>
      </w:r>
    </w:p>
    <w:p w14:paraId="77C914C3" w14:textId="77777777" w:rsidR="001E6866" w:rsidRPr="0009319F" w:rsidRDefault="00985565" w:rsidP="001E6866">
      <w:pPr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1780908333"/>
          <w:placeholder>
            <w:docPart w:val="F3079EC3D7F74503B32D944AA32CE5F4"/>
          </w:placeholder>
          <w:showingPlcHdr/>
          <w15:color w:val="FF6600"/>
          <w15:appearance w15:val="hidden"/>
        </w:sdtPr>
        <w:sdtEndPr/>
        <w:sdtContent>
          <w:r w:rsidR="001E6866" w:rsidRPr="0009319F">
            <w:rPr>
              <w:rStyle w:val="Textedelespacerserv"/>
              <w:lang w:val="fr-CH"/>
            </w:rPr>
            <w:t>Cliquez ou appuyez ici pour entrer du texte.</w:t>
          </w:r>
        </w:sdtContent>
      </w:sdt>
    </w:p>
    <w:p w14:paraId="782E82E2" w14:textId="77777777" w:rsidR="0009319F" w:rsidRDefault="00101958" w:rsidP="001E6866">
      <w:pPr>
        <w:jc w:val="both"/>
        <w:rPr>
          <w:lang w:val="fr-CH"/>
        </w:rPr>
      </w:pPr>
      <w:r w:rsidRPr="0009319F">
        <w:rPr>
          <w:lang w:val="fr-CH"/>
        </w:rPr>
        <w:t>Date</w:t>
      </w:r>
      <w:r w:rsidR="0009319F">
        <w:rPr>
          <w:lang w:val="fr-CH"/>
        </w:rPr>
        <w:t> :</w:t>
      </w:r>
      <w:r w:rsidRPr="0009319F">
        <w:rPr>
          <w:lang w:val="fr-CH"/>
        </w:rPr>
        <w:t>*</w:t>
      </w:r>
    </w:p>
    <w:p w14:paraId="2B6016A8" w14:textId="77777777" w:rsidR="0009319F" w:rsidRPr="0009319F" w:rsidRDefault="00985565" w:rsidP="0009319F">
      <w:pPr>
        <w:jc w:val="both"/>
        <w:rPr>
          <w:lang w:val="fr-CH"/>
        </w:rPr>
      </w:pPr>
      <w:sdt>
        <w:sdtPr>
          <w:rPr>
            <w:lang w:val="fr-CH"/>
          </w:rPr>
          <w:alias w:val="Réponse"/>
          <w:tag w:val="Réponse"/>
          <w:id w:val="-447547475"/>
          <w:placeholder>
            <w:docPart w:val="311C8D81C4964E7CA77A6A18B1356DAC"/>
          </w:placeholder>
          <w:showingPlcHdr/>
          <w15:color w:val="FF6600"/>
          <w15:appearance w15:val="hidden"/>
        </w:sdtPr>
        <w:sdtEndPr/>
        <w:sdtContent>
          <w:r w:rsidR="0009319F" w:rsidRPr="0009319F">
            <w:rPr>
              <w:rStyle w:val="Textedelespacerserv"/>
              <w:lang w:val="fr-CH"/>
            </w:rPr>
            <w:t>Cliquez ou appuyez ici pour entrer du texte.</w:t>
          </w:r>
        </w:sdtContent>
      </w:sdt>
    </w:p>
    <w:sectPr w:rsidR="0009319F" w:rsidRPr="0009319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1B65C46"/>
    <w:multiLevelType w:val="hybridMultilevel"/>
    <w:tmpl w:val="70005358"/>
    <w:lvl w:ilvl="0" w:tplc="100C000F">
      <w:start w:val="1"/>
      <w:numFmt w:val="decimal"/>
      <w:lvlText w:val="%1."/>
      <w:lvlJc w:val="left"/>
      <w:pPr>
        <w:ind w:left="1080" w:hanging="360"/>
      </w:pPr>
    </w:lvl>
    <w:lvl w:ilvl="1" w:tplc="100C0019" w:tentative="1">
      <w:start w:val="1"/>
      <w:numFmt w:val="lowerLetter"/>
      <w:lvlText w:val="%2."/>
      <w:lvlJc w:val="left"/>
      <w:pPr>
        <w:ind w:left="1800" w:hanging="360"/>
      </w:pPr>
    </w:lvl>
    <w:lvl w:ilvl="2" w:tplc="100C001B" w:tentative="1">
      <w:start w:val="1"/>
      <w:numFmt w:val="lowerRoman"/>
      <w:lvlText w:val="%3."/>
      <w:lvlJc w:val="right"/>
      <w:pPr>
        <w:ind w:left="2520" w:hanging="180"/>
      </w:pPr>
    </w:lvl>
    <w:lvl w:ilvl="3" w:tplc="100C000F" w:tentative="1">
      <w:start w:val="1"/>
      <w:numFmt w:val="decimal"/>
      <w:lvlText w:val="%4."/>
      <w:lvlJc w:val="left"/>
      <w:pPr>
        <w:ind w:left="3240" w:hanging="360"/>
      </w:pPr>
    </w:lvl>
    <w:lvl w:ilvl="4" w:tplc="100C0019" w:tentative="1">
      <w:start w:val="1"/>
      <w:numFmt w:val="lowerLetter"/>
      <w:lvlText w:val="%5."/>
      <w:lvlJc w:val="left"/>
      <w:pPr>
        <w:ind w:left="3960" w:hanging="360"/>
      </w:pPr>
    </w:lvl>
    <w:lvl w:ilvl="5" w:tplc="100C001B" w:tentative="1">
      <w:start w:val="1"/>
      <w:numFmt w:val="lowerRoman"/>
      <w:lvlText w:val="%6."/>
      <w:lvlJc w:val="right"/>
      <w:pPr>
        <w:ind w:left="4680" w:hanging="180"/>
      </w:pPr>
    </w:lvl>
    <w:lvl w:ilvl="6" w:tplc="100C000F" w:tentative="1">
      <w:start w:val="1"/>
      <w:numFmt w:val="decimal"/>
      <w:lvlText w:val="%7."/>
      <w:lvlJc w:val="left"/>
      <w:pPr>
        <w:ind w:left="5400" w:hanging="360"/>
      </w:pPr>
    </w:lvl>
    <w:lvl w:ilvl="7" w:tplc="100C0019" w:tentative="1">
      <w:start w:val="1"/>
      <w:numFmt w:val="lowerLetter"/>
      <w:lvlText w:val="%8."/>
      <w:lvlJc w:val="left"/>
      <w:pPr>
        <w:ind w:left="6120" w:hanging="360"/>
      </w:pPr>
    </w:lvl>
    <w:lvl w:ilvl="8" w:tplc="10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08780159"/>
    <w:multiLevelType w:val="hybridMultilevel"/>
    <w:tmpl w:val="AD2E3344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F6E256D"/>
    <w:multiLevelType w:val="hybridMultilevel"/>
    <w:tmpl w:val="118C9128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3">
      <w:start w:val="1"/>
      <w:numFmt w:val="upperRoman"/>
      <w:lvlText w:val="%2."/>
      <w:lvlJc w:val="righ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0B07025"/>
    <w:multiLevelType w:val="hybridMultilevel"/>
    <w:tmpl w:val="F410CAC6"/>
    <w:lvl w:ilvl="0" w:tplc="100C0013">
      <w:start w:val="1"/>
      <w:numFmt w:val="upperRoman"/>
      <w:lvlText w:val="%1."/>
      <w:lvlJc w:val="right"/>
      <w:pPr>
        <w:ind w:left="1080" w:hanging="360"/>
      </w:pPr>
    </w:lvl>
    <w:lvl w:ilvl="1" w:tplc="100C0019" w:tentative="1">
      <w:start w:val="1"/>
      <w:numFmt w:val="lowerLetter"/>
      <w:lvlText w:val="%2."/>
      <w:lvlJc w:val="left"/>
      <w:pPr>
        <w:ind w:left="1800" w:hanging="360"/>
      </w:pPr>
    </w:lvl>
    <w:lvl w:ilvl="2" w:tplc="100C001B" w:tentative="1">
      <w:start w:val="1"/>
      <w:numFmt w:val="lowerRoman"/>
      <w:lvlText w:val="%3."/>
      <w:lvlJc w:val="right"/>
      <w:pPr>
        <w:ind w:left="2520" w:hanging="180"/>
      </w:pPr>
    </w:lvl>
    <w:lvl w:ilvl="3" w:tplc="100C000F" w:tentative="1">
      <w:start w:val="1"/>
      <w:numFmt w:val="decimal"/>
      <w:lvlText w:val="%4."/>
      <w:lvlJc w:val="left"/>
      <w:pPr>
        <w:ind w:left="3240" w:hanging="360"/>
      </w:pPr>
    </w:lvl>
    <w:lvl w:ilvl="4" w:tplc="100C0019" w:tentative="1">
      <w:start w:val="1"/>
      <w:numFmt w:val="lowerLetter"/>
      <w:lvlText w:val="%5."/>
      <w:lvlJc w:val="left"/>
      <w:pPr>
        <w:ind w:left="3960" w:hanging="360"/>
      </w:pPr>
    </w:lvl>
    <w:lvl w:ilvl="5" w:tplc="100C001B" w:tentative="1">
      <w:start w:val="1"/>
      <w:numFmt w:val="lowerRoman"/>
      <w:lvlText w:val="%6."/>
      <w:lvlJc w:val="right"/>
      <w:pPr>
        <w:ind w:left="4680" w:hanging="180"/>
      </w:pPr>
    </w:lvl>
    <w:lvl w:ilvl="6" w:tplc="100C000F" w:tentative="1">
      <w:start w:val="1"/>
      <w:numFmt w:val="decimal"/>
      <w:lvlText w:val="%7."/>
      <w:lvlJc w:val="left"/>
      <w:pPr>
        <w:ind w:left="5400" w:hanging="360"/>
      </w:pPr>
    </w:lvl>
    <w:lvl w:ilvl="7" w:tplc="100C0019" w:tentative="1">
      <w:start w:val="1"/>
      <w:numFmt w:val="lowerLetter"/>
      <w:lvlText w:val="%8."/>
      <w:lvlJc w:val="left"/>
      <w:pPr>
        <w:ind w:left="6120" w:hanging="360"/>
      </w:pPr>
    </w:lvl>
    <w:lvl w:ilvl="8" w:tplc="10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FE14007"/>
    <w:multiLevelType w:val="hybridMultilevel"/>
    <w:tmpl w:val="AD2E3344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52525AF"/>
    <w:multiLevelType w:val="hybridMultilevel"/>
    <w:tmpl w:val="DCC62368"/>
    <w:lvl w:ilvl="0" w:tplc="100C0019">
      <w:start w:val="1"/>
      <w:numFmt w:val="lowerLetter"/>
      <w:lvlText w:val="%1."/>
      <w:lvlJc w:val="left"/>
      <w:pPr>
        <w:ind w:left="1080" w:hanging="360"/>
      </w:pPr>
    </w:lvl>
    <w:lvl w:ilvl="1" w:tplc="100C0019" w:tentative="1">
      <w:start w:val="1"/>
      <w:numFmt w:val="lowerLetter"/>
      <w:lvlText w:val="%2."/>
      <w:lvlJc w:val="left"/>
      <w:pPr>
        <w:ind w:left="1800" w:hanging="360"/>
      </w:pPr>
    </w:lvl>
    <w:lvl w:ilvl="2" w:tplc="100C001B" w:tentative="1">
      <w:start w:val="1"/>
      <w:numFmt w:val="lowerRoman"/>
      <w:lvlText w:val="%3."/>
      <w:lvlJc w:val="right"/>
      <w:pPr>
        <w:ind w:left="2520" w:hanging="180"/>
      </w:pPr>
    </w:lvl>
    <w:lvl w:ilvl="3" w:tplc="100C000F" w:tentative="1">
      <w:start w:val="1"/>
      <w:numFmt w:val="decimal"/>
      <w:lvlText w:val="%4."/>
      <w:lvlJc w:val="left"/>
      <w:pPr>
        <w:ind w:left="3240" w:hanging="360"/>
      </w:pPr>
    </w:lvl>
    <w:lvl w:ilvl="4" w:tplc="100C0019" w:tentative="1">
      <w:start w:val="1"/>
      <w:numFmt w:val="lowerLetter"/>
      <w:lvlText w:val="%5."/>
      <w:lvlJc w:val="left"/>
      <w:pPr>
        <w:ind w:left="3960" w:hanging="360"/>
      </w:pPr>
    </w:lvl>
    <w:lvl w:ilvl="5" w:tplc="100C001B" w:tentative="1">
      <w:start w:val="1"/>
      <w:numFmt w:val="lowerRoman"/>
      <w:lvlText w:val="%6."/>
      <w:lvlJc w:val="right"/>
      <w:pPr>
        <w:ind w:left="4680" w:hanging="180"/>
      </w:pPr>
    </w:lvl>
    <w:lvl w:ilvl="6" w:tplc="100C000F" w:tentative="1">
      <w:start w:val="1"/>
      <w:numFmt w:val="decimal"/>
      <w:lvlText w:val="%7."/>
      <w:lvlJc w:val="left"/>
      <w:pPr>
        <w:ind w:left="5400" w:hanging="360"/>
      </w:pPr>
    </w:lvl>
    <w:lvl w:ilvl="7" w:tplc="100C0019" w:tentative="1">
      <w:start w:val="1"/>
      <w:numFmt w:val="lowerLetter"/>
      <w:lvlText w:val="%8."/>
      <w:lvlJc w:val="left"/>
      <w:pPr>
        <w:ind w:left="6120" w:hanging="360"/>
      </w:pPr>
    </w:lvl>
    <w:lvl w:ilvl="8" w:tplc="10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B3D6C96"/>
    <w:multiLevelType w:val="hybridMultilevel"/>
    <w:tmpl w:val="CC76511C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8A3135"/>
    <w:multiLevelType w:val="hybridMultilevel"/>
    <w:tmpl w:val="CC76511C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8669EF"/>
    <w:multiLevelType w:val="hybridMultilevel"/>
    <w:tmpl w:val="CC76511C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6C4A8F"/>
    <w:multiLevelType w:val="hybridMultilevel"/>
    <w:tmpl w:val="F410CAC6"/>
    <w:lvl w:ilvl="0" w:tplc="100C0013">
      <w:start w:val="1"/>
      <w:numFmt w:val="upperRoman"/>
      <w:lvlText w:val="%1."/>
      <w:lvlJc w:val="right"/>
      <w:pPr>
        <w:ind w:left="1080" w:hanging="360"/>
      </w:pPr>
    </w:lvl>
    <w:lvl w:ilvl="1" w:tplc="100C0019" w:tentative="1">
      <w:start w:val="1"/>
      <w:numFmt w:val="lowerLetter"/>
      <w:lvlText w:val="%2."/>
      <w:lvlJc w:val="left"/>
      <w:pPr>
        <w:ind w:left="1800" w:hanging="360"/>
      </w:pPr>
    </w:lvl>
    <w:lvl w:ilvl="2" w:tplc="100C001B" w:tentative="1">
      <w:start w:val="1"/>
      <w:numFmt w:val="lowerRoman"/>
      <w:lvlText w:val="%3."/>
      <w:lvlJc w:val="right"/>
      <w:pPr>
        <w:ind w:left="2520" w:hanging="180"/>
      </w:pPr>
    </w:lvl>
    <w:lvl w:ilvl="3" w:tplc="100C000F" w:tentative="1">
      <w:start w:val="1"/>
      <w:numFmt w:val="decimal"/>
      <w:lvlText w:val="%4."/>
      <w:lvlJc w:val="left"/>
      <w:pPr>
        <w:ind w:left="3240" w:hanging="360"/>
      </w:pPr>
    </w:lvl>
    <w:lvl w:ilvl="4" w:tplc="100C0019" w:tentative="1">
      <w:start w:val="1"/>
      <w:numFmt w:val="lowerLetter"/>
      <w:lvlText w:val="%5."/>
      <w:lvlJc w:val="left"/>
      <w:pPr>
        <w:ind w:left="3960" w:hanging="360"/>
      </w:pPr>
    </w:lvl>
    <w:lvl w:ilvl="5" w:tplc="100C001B" w:tentative="1">
      <w:start w:val="1"/>
      <w:numFmt w:val="lowerRoman"/>
      <w:lvlText w:val="%6."/>
      <w:lvlJc w:val="right"/>
      <w:pPr>
        <w:ind w:left="4680" w:hanging="180"/>
      </w:pPr>
    </w:lvl>
    <w:lvl w:ilvl="6" w:tplc="100C000F" w:tentative="1">
      <w:start w:val="1"/>
      <w:numFmt w:val="decimal"/>
      <w:lvlText w:val="%7."/>
      <w:lvlJc w:val="left"/>
      <w:pPr>
        <w:ind w:left="5400" w:hanging="360"/>
      </w:pPr>
    </w:lvl>
    <w:lvl w:ilvl="7" w:tplc="100C0019" w:tentative="1">
      <w:start w:val="1"/>
      <w:numFmt w:val="lowerLetter"/>
      <w:lvlText w:val="%8."/>
      <w:lvlJc w:val="left"/>
      <w:pPr>
        <w:ind w:left="6120" w:hanging="360"/>
      </w:pPr>
    </w:lvl>
    <w:lvl w:ilvl="8" w:tplc="10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307241F"/>
    <w:multiLevelType w:val="hybridMultilevel"/>
    <w:tmpl w:val="CC76511C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EA0CEA"/>
    <w:multiLevelType w:val="hybridMultilevel"/>
    <w:tmpl w:val="F410CAC6"/>
    <w:lvl w:ilvl="0" w:tplc="100C0013">
      <w:start w:val="1"/>
      <w:numFmt w:val="upperRoman"/>
      <w:lvlText w:val="%1."/>
      <w:lvlJc w:val="right"/>
      <w:pPr>
        <w:ind w:left="1080" w:hanging="360"/>
      </w:pPr>
    </w:lvl>
    <w:lvl w:ilvl="1" w:tplc="100C0019" w:tentative="1">
      <w:start w:val="1"/>
      <w:numFmt w:val="lowerLetter"/>
      <w:lvlText w:val="%2."/>
      <w:lvlJc w:val="left"/>
      <w:pPr>
        <w:ind w:left="1800" w:hanging="360"/>
      </w:pPr>
    </w:lvl>
    <w:lvl w:ilvl="2" w:tplc="100C001B" w:tentative="1">
      <w:start w:val="1"/>
      <w:numFmt w:val="lowerRoman"/>
      <w:lvlText w:val="%3."/>
      <w:lvlJc w:val="right"/>
      <w:pPr>
        <w:ind w:left="2520" w:hanging="180"/>
      </w:pPr>
    </w:lvl>
    <w:lvl w:ilvl="3" w:tplc="100C000F" w:tentative="1">
      <w:start w:val="1"/>
      <w:numFmt w:val="decimal"/>
      <w:lvlText w:val="%4."/>
      <w:lvlJc w:val="left"/>
      <w:pPr>
        <w:ind w:left="3240" w:hanging="360"/>
      </w:pPr>
    </w:lvl>
    <w:lvl w:ilvl="4" w:tplc="100C0019" w:tentative="1">
      <w:start w:val="1"/>
      <w:numFmt w:val="lowerLetter"/>
      <w:lvlText w:val="%5."/>
      <w:lvlJc w:val="left"/>
      <w:pPr>
        <w:ind w:left="3960" w:hanging="360"/>
      </w:pPr>
    </w:lvl>
    <w:lvl w:ilvl="5" w:tplc="100C001B" w:tentative="1">
      <w:start w:val="1"/>
      <w:numFmt w:val="lowerRoman"/>
      <w:lvlText w:val="%6."/>
      <w:lvlJc w:val="right"/>
      <w:pPr>
        <w:ind w:left="4680" w:hanging="180"/>
      </w:pPr>
    </w:lvl>
    <w:lvl w:ilvl="6" w:tplc="100C000F" w:tentative="1">
      <w:start w:val="1"/>
      <w:numFmt w:val="decimal"/>
      <w:lvlText w:val="%7."/>
      <w:lvlJc w:val="left"/>
      <w:pPr>
        <w:ind w:left="5400" w:hanging="360"/>
      </w:pPr>
    </w:lvl>
    <w:lvl w:ilvl="7" w:tplc="100C0019" w:tentative="1">
      <w:start w:val="1"/>
      <w:numFmt w:val="lowerLetter"/>
      <w:lvlText w:val="%8."/>
      <w:lvlJc w:val="left"/>
      <w:pPr>
        <w:ind w:left="6120" w:hanging="360"/>
      </w:pPr>
    </w:lvl>
    <w:lvl w:ilvl="8" w:tplc="10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6A8E28E4"/>
    <w:multiLevelType w:val="hybridMultilevel"/>
    <w:tmpl w:val="F410CAC6"/>
    <w:lvl w:ilvl="0" w:tplc="100C0013">
      <w:start w:val="1"/>
      <w:numFmt w:val="upperRoman"/>
      <w:lvlText w:val="%1."/>
      <w:lvlJc w:val="right"/>
      <w:pPr>
        <w:ind w:left="770" w:hanging="360"/>
      </w:pPr>
    </w:lvl>
    <w:lvl w:ilvl="1" w:tplc="100C0019" w:tentative="1">
      <w:start w:val="1"/>
      <w:numFmt w:val="lowerLetter"/>
      <w:lvlText w:val="%2."/>
      <w:lvlJc w:val="left"/>
      <w:pPr>
        <w:ind w:left="1490" w:hanging="360"/>
      </w:pPr>
    </w:lvl>
    <w:lvl w:ilvl="2" w:tplc="100C001B" w:tentative="1">
      <w:start w:val="1"/>
      <w:numFmt w:val="lowerRoman"/>
      <w:lvlText w:val="%3."/>
      <w:lvlJc w:val="right"/>
      <w:pPr>
        <w:ind w:left="2210" w:hanging="180"/>
      </w:pPr>
    </w:lvl>
    <w:lvl w:ilvl="3" w:tplc="100C000F" w:tentative="1">
      <w:start w:val="1"/>
      <w:numFmt w:val="decimal"/>
      <w:lvlText w:val="%4."/>
      <w:lvlJc w:val="left"/>
      <w:pPr>
        <w:ind w:left="2930" w:hanging="360"/>
      </w:pPr>
    </w:lvl>
    <w:lvl w:ilvl="4" w:tplc="100C0019" w:tentative="1">
      <w:start w:val="1"/>
      <w:numFmt w:val="lowerLetter"/>
      <w:lvlText w:val="%5."/>
      <w:lvlJc w:val="left"/>
      <w:pPr>
        <w:ind w:left="3650" w:hanging="360"/>
      </w:pPr>
    </w:lvl>
    <w:lvl w:ilvl="5" w:tplc="100C001B" w:tentative="1">
      <w:start w:val="1"/>
      <w:numFmt w:val="lowerRoman"/>
      <w:lvlText w:val="%6."/>
      <w:lvlJc w:val="right"/>
      <w:pPr>
        <w:ind w:left="4370" w:hanging="180"/>
      </w:pPr>
    </w:lvl>
    <w:lvl w:ilvl="6" w:tplc="100C000F" w:tentative="1">
      <w:start w:val="1"/>
      <w:numFmt w:val="decimal"/>
      <w:lvlText w:val="%7."/>
      <w:lvlJc w:val="left"/>
      <w:pPr>
        <w:ind w:left="5090" w:hanging="360"/>
      </w:pPr>
    </w:lvl>
    <w:lvl w:ilvl="7" w:tplc="100C0019" w:tentative="1">
      <w:start w:val="1"/>
      <w:numFmt w:val="lowerLetter"/>
      <w:lvlText w:val="%8."/>
      <w:lvlJc w:val="left"/>
      <w:pPr>
        <w:ind w:left="5810" w:hanging="360"/>
      </w:pPr>
    </w:lvl>
    <w:lvl w:ilvl="8" w:tplc="100C001B" w:tentative="1">
      <w:start w:val="1"/>
      <w:numFmt w:val="lowerRoman"/>
      <w:lvlText w:val="%9."/>
      <w:lvlJc w:val="right"/>
      <w:pPr>
        <w:ind w:left="6530" w:hanging="180"/>
      </w:pPr>
    </w:lvl>
  </w:abstractNum>
  <w:abstractNum w:abstractNumId="22" w15:restartNumberingAfterBreak="0">
    <w:nsid w:val="6C0307D4"/>
    <w:multiLevelType w:val="hybridMultilevel"/>
    <w:tmpl w:val="118C9128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3">
      <w:start w:val="1"/>
      <w:numFmt w:val="upperRoman"/>
      <w:lvlText w:val="%2."/>
      <w:lvlJc w:val="righ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3E3F51"/>
    <w:multiLevelType w:val="hybridMultilevel"/>
    <w:tmpl w:val="4CBA04A6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3">
      <w:start w:val="1"/>
      <w:numFmt w:val="upperRoman"/>
      <w:lvlText w:val="%2."/>
      <w:lvlJc w:val="righ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E80066C"/>
    <w:multiLevelType w:val="hybridMultilevel"/>
    <w:tmpl w:val="5D9EF1FA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F1F43F0"/>
    <w:multiLevelType w:val="multilevel"/>
    <w:tmpl w:val="10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16F123D"/>
    <w:multiLevelType w:val="hybridMultilevel"/>
    <w:tmpl w:val="DCBE25A0"/>
    <w:lvl w:ilvl="0" w:tplc="100C0019">
      <w:start w:val="1"/>
      <w:numFmt w:val="lowerLetter"/>
      <w:lvlText w:val="%1."/>
      <w:lvlJc w:val="left"/>
      <w:pPr>
        <w:ind w:left="720" w:hanging="360"/>
      </w:pPr>
    </w:lvl>
    <w:lvl w:ilvl="1" w:tplc="100C0019" w:tentative="1">
      <w:start w:val="1"/>
      <w:numFmt w:val="lowerLetter"/>
      <w:lvlText w:val="%2."/>
      <w:lvlJc w:val="left"/>
      <w:pPr>
        <w:ind w:left="1440" w:hanging="360"/>
      </w:pPr>
    </w:lvl>
    <w:lvl w:ilvl="2" w:tplc="100C001B" w:tentative="1">
      <w:start w:val="1"/>
      <w:numFmt w:val="lowerRoman"/>
      <w:lvlText w:val="%3."/>
      <w:lvlJc w:val="right"/>
      <w:pPr>
        <w:ind w:left="2160" w:hanging="180"/>
      </w:pPr>
    </w:lvl>
    <w:lvl w:ilvl="3" w:tplc="100C000F" w:tentative="1">
      <w:start w:val="1"/>
      <w:numFmt w:val="decimal"/>
      <w:lvlText w:val="%4."/>
      <w:lvlJc w:val="left"/>
      <w:pPr>
        <w:ind w:left="2880" w:hanging="360"/>
      </w:pPr>
    </w:lvl>
    <w:lvl w:ilvl="4" w:tplc="100C0019" w:tentative="1">
      <w:start w:val="1"/>
      <w:numFmt w:val="lowerLetter"/>
      <w:lvlText w:val="%5."/>
      <w:lvlJc w:val="left"/>
      <w:pPr>
        <w:ind w:left="3600" w:hanging="360"/>
      </w:pPr>
    </w:lvl>
    <w:lvl w:ilvl="5" w:tplc="100C001B" w:tentative="1">
      <w:start w:val="1"/>
      <w:numFmt w:val="lowerRoman"/>
      <w:lvlText w:val="%6."/>
      <w:lvlJc w:val="right"/>
      <w:pPr>
        <w:ind w:left="4320" w:hanging="180"/>
      </w:pPr>
    </w:lvl>
    <w:lvl w:ilvl="6" w:tplc="100C000F" w:tentative="1">
      <w:start w:val="1"/>
      <w:numFmt w:val="decimal"/>
      <w:lvlText w:val="%7."/>
      <w:lvlJc w:val="left"/>
      <w:pPr>
        <w:ind w:left="5040" w:hanging="360"/>
      </w:pPr>
    </w:lvl>
    <w:lvl w:ilvl="7" w:tplc="100C0019" w:tentative="1">
      <w:start w:val="1"/>
      <w:numFmt w:val="lowerLetter"/>
      <w:lvlText w:val="%8."/>
      <w:lvlJc w:val="left"/>
      <w:pPr>
        <w:ind w:left="5760" w:hanging="360"/>
      </w:pPr>
    </w:lvl>
    <w:lvl w:ilvl="8" w:tplc="10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AA569E4"/>
    <w:multiLevelType w:val="hybridMultilevel"/>
    <w:tmpl w:val="4F409BE4"/>
    <w:lvl w:ilvl="0" w:tplc="100C0013">
      <w:start w:val="1"/>
      <w:numFmt w:val="upperRoman"/>
      <w:lvlText w:val="%1."/>
      <w:lvlJc w:val="right"/>
      <w:pPr>
        <w:ind w:left="1440" w:hanging="360"/>
      </w:pPr>
    </w:lvl>
    <w:lvl w:ilvl="1" w:tplc="100C0019" w:tentative="1">
      <w:start w:val="1"/>
      <w:numFmt w:val="lowerLetter"/>
      <w:lvlText w:val="%2."/>
      <w:lvlJc w:val="left"/>
      <w:pPr>
        <w:ind w:left="2160" w:hanging="360"/>
      </w:pPr>
    </w:lvl>
    <w:lvl w:ilvl="2" w:tplc="100C001B" w:tentative="1">
      <w:start w:val="1"/>
      <w:numFmt w:val="lowerRoman"/>
      <w:lvlText w:val="%3."/>
      <w:lvlJc w:val="right"/>
      <w:pPr>
        <w:ind w:left="2880" w:hanging="180"/>
      </w:pPr>
    </w:lvl>
    <w:lvl w:ilvl="3" w:tplc="100C000F" w:tentative="1">
      <w:start w:val="1"/>
      <w:numFmt w:val="decimal"/>
      <w:lvlText w:val="%4."/>
      <w:lvlJc w:val="left"/>
      <w:pPr>
        <w:ind w:left="3600" w:hanging="360"/>
      </w:pPr>
    </w:lvl>
    <w:lvl w:ilvl="4" w:tplc="100C0019" w:tentative="1">
      <w:start w:val="1"/>
      <w:numFmt w:val="lowerLetter"/>
      <w:lvlText w:val="%5."/>
      <w:lvlJc w:val="left"/>
      <w:pPr>
        <w:ind w:left="4320" w:hanging="360"/>
      </w:pPr>
    </w:lvl>
    <w:lvl w:ilvl="5" w:tplc="100C001B" w:tentative="1">
      <w:start w:val="1"/>
      <w:numFmt w:val="lowerRoman"/>
      <w:lvlText w:val="%6."/>
      <w:lvlJc w:val="right"/>
      <w:pPr>
        <w:ind w:left="5040" w:hanging="180"/>
      </w:pPr>
    </w:lvl>
    <w:lvl w:ilvl="6" w:tplc="100C000F" w:tentative="1">
      <w:start w:val="1"/>
      <w:numFmt w:val="decimal"/>
      <w:lvlText w:val="%7."/>
      <w:lvlJc w:val="left"/>
      <w:pPr>
        <w:ind w:left="5760" w:hanging="360"/>
      </w:pPr>
    </w:lvl>
    <w:lvl w:ilvl="7" w:tplc="100C0019" w:tentative="1">
      <w:start w:val="1"/>
      <w:numFmt w:val="lowerLetter"/>
      <w:lvlText w:val="%8."/>
      <w:lvlJc w:val="left"/>
      <w:pPr>
        <w:ind w:left="6480" w:hanging="360"/>
      </w:pPr>
    </w:lvl>
    <w:lvl w:ilvl="8" w:tplc="100C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25"/>
  </w:num>
  <w:num w:numId="11">
    <w:abstractNumId w:val="24"/>
  </w:num>
  <w:num w:numId="12">
    <w:abstractNumId w:val="19"/>
  </w:num>
  <w:num w:numId="13">
    <w:abstractNumId w:val="21"/>
  </w:num>
  <w:num w:numId="14">
    <w:abstractNumId w:val="26"/>
  </w:num>
  <w:num w:numId="15">
    <w:abstractNumId w:val="9"/>
  </w:num>
  <w:num w:numId="16">
    <w:abstractNumId w:val="14"/>
  </w:num>
  <w:num w:numId="17">
    <w:abstractNumId w:val="15"/>
  </w:num>
  <w:num w:numId="18">
    <w:abstractNumId w:val="17"/>
  </w:num>
  <w:num w:numId="19">
    <w:abstractNumId w:val="16"/>
  </w:num>
  <w:num w:numId="20">
    <w:abstractNumId w:val="18"/>
  </w:num>
  <w:num w:numId="21">
    <w:abstractNumId w:val="23"/>
  </w:num>
  <w:num w:numId="22">
    <w:abstractNumId w:val="20"/>
  </w:num>
  <w:num w:numId="23">
    <w:abstractNumId w:val="10"/>
  </w:num>
  <w:num w:numId="24">
    <w:abstractNumId w:val="13"/>
  </w:num>
  <w:num w:numId="25">
    <w:abstractNumId w:val="11"/>
  </w:num>
  <w:num w:numId="26">
    <w:abstractNumId w:val="22"/>
  </w:num>
  <w:num w:numId="27">
    <w:abstractNumId w:val="27"/>
  </w:num>
  <w:num w:numId="2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HAzrY5B0fFXrPVMw9rpL2KCZOyWVqjbklq/TBhJsdLxQbw9t6BSbTs/q5vThbtvtJVdD7gvwkQiTX0gwLsronA==" w:salt="h1MVTqCz5N+5Kb1gB12KPQ==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21B17"/>
    <w:rsid w:val="00034616"/>
    <w:rsid w:val="0006063C"/>
    <w:rsid w:val="0009319F"/>
    <w:rsid w:val="00101958"/>
    <w:rsid w:val="00122C09"/>
    <w:rsid w:val="0015074B"/>
    <w:rsid w:val="0016641D"/>
    <w:rsid w:val="001863C2"/>
    <w:rsid w:val="001E6866"/>
    <w:rsid w:val="00211AC4"/>
    <w:rsid w:val="0029639D"/>
    <w:rsid w:val="002A216E"/>
    <w:rsid w:val="002A709B"/>
    <w:rsid w:val="00303D35"/>
    <w:rsid w:val="00326F90"/>
    <w:rsid w:val="003A1047"/>
    <w:rsid w:val="004200F7"/>
    <w:rsid w:val="0043198D"/>
    <w:rsid w:val="00443AC4"/>
    <w:rsid w:val="004C1123"/>
    <w:rsid w:val="004C1D8C"/>
    <w:rsid w:val="00597796"/>
    <w:rsid w:val="005C3460"/>
    <w:rsid w:val="00602409"/>
    <w:rsid w:val="006B7C31"/>
    <w:rsid w:val="006C2B37"/>
    <w:rsid w:val="007073D1"/>
    <w:rsid w:val="007C6068"/>
    <w:rsid w:val="007D6F57"/>
    <w:rsid w:val="00844184"/>
    <w:rsid w:val="008E3265"/>
    <w:rsid w:val="00905788"/>
    <w:rsid w:val="0091107D"/>
    <w:rsid w:val="00916A47"/>
    <w:rsid w:val="0092669B"/>
    <w:rsid w:val="00985565"/>
    <w:rsid w:val="00A1277E"/>
    <w:rsid w:val="00AA1D8D"/>
    <w:rsid w:val="00B15655"/>
    <w:rsid w:val="00B30B0E"/>
    <w:rsid w:val="00B47730"/>
    <w:rsid w:val="00B85133"/>
    <w:rsid w:val="00C4039A"/>
    <w:rsid w:val="00C93806"/>
    <w:rsid w:val="00CB0664"/>
    <w:rsid w:val="00CF7774"/>
    <w:rsid w:val="00D747E3"/>
    <w:rsid w:val="00E27D30"/>
    <w:rsid w:val="00E36554"/>
    <w:rsid w:val="00EE2516"/>
    <w:rsid w:val="00EE398C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7422DE8D"/>
  <w14:defaultImageDpi w14:val="300"/>
  <w15:docId w15:val="{8D306B5C-6A6E-465E-9A82-1A6C8D48C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36554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Textedelespacerserv">
    <w:name w:val="Placeholder Text"/>
    <w:basedOn w:val="Policepardfaut"/>
    <w:uiPriority w:val="99"/>
    <w:semiHidden/>
    <w:rsid w:val="00B8513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glossaryDocument" Target="glossary/document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C15319B462C54A0CA871EA2CF863A03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61378A7-8E61-4164-8A41-0A9649147F68}"/>
      </w:docPartPr>
      <w:docPartBody>
        <w:p w:rsidR="009C175F" w:rsidRDefault="009C175F" w:rsidP="009C175F">
          <w:pPr>
            <w:pStyle w:val="C15319B462C54A0CA871EA2CF863A0302"/>
          </w:pPr>
          <w:r w:rsidRPr="0043198D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6E2C3F91FD04BDB84221CA2CC5A2A0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145450B-19F9-49ED-AA8D-AEBF46A5DDA8}"/>
      </w:docPartPr>
      <w:docPartBody>
        <w:p w:rsidR="009C175F" w:rsidRDefault="009C175F" w:rsidP="009C175F">
          <w:pPr>
            <w:pStyle w:val="E6E2C3F91FD04BDB84221CA2CC5A2A082"/>
          </w:pPr>
          <w:r w:rsidRPr="00B85133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9808DF52D70144C99956200D9626D83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1192DD4-4D59-415A-8B8A-775A22ED14F5}"/>
      </w:docPartPr>
      <w:docPartBody>
        <w:p w:rsidR="009C175F" w:rsidRDefault="009C175F" w:rsidP="009C175F">
          <w:pPr>
            <w:pStyle w:val="9808DF52D70144C99956200D9626D8312"/>
          </w:pPr>
          <w:r w:rsidRPr="00B85133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B84A2286BFF5475A987B7E80C9B3946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2920FC6-97AD-448F-8B0B-7466B749E1C5}"/>
      </w:docPartPr>
      <w:docPartBody>
        <w:p w:rsidR="009C175F" w:rsidRDefault="009C175F" w:rsidP="009C175F">
          <w:pPr>
            <w:pStyle w:val="B84A2286BFF5475A987B7E80C9B3946F2"/>
          </w:pPr>
          <w:r w:rsidRPr="00B85133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5813C4305D1D42F2A1DF1CB393B15EB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4A8358C-CEF3-4947-AD8D-2C75C0CCD4F1}"/>
      </w:docPartPr>
      <w:docPartBody>
        <w:p w:rsidR="009C175F" w:rsidRDefault="009C175F" w:rsidP="009C175F">
          <w:pPr>
            <w:pStyle w:val="5813C4305D1D42F2A1DF1CB393B15EB82"/>
          </w:pPr>
          <w:r w:rsidRPr="00B85133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E4DC73D17377458EBE344D21FAF7F5D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7E9CDF1-F420-4A6D-AC95-3347DB7D7600}"/>
      </w:docPartPr>
      <w:docPartBody>
        <w:p w:rsidR="009C175F" w:rsidRDefault="009C175F" w:rsidP="009C175F">
          <w:pPr>
            <w:pStyle w:val="E4DC73D17377458EBE344D21FAF7F5D92"/>
          </w:pPr>
          <w:r w:rsidRPr="005C3460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7C9554DD14AB4AA0B4FFFBFFFD9A60B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CAC8D6A-6D8A-4989-9145-A42A09CBC4FA}"/>
      </w:docPartPr>
      <w:docPartBody>
        <w:p w:rsidR="009C175F" w:rsidRDefault="009C175F" w:rsidP="009C175F">
          <w:pPr>
            <w:pStyle w:val="7C9554DD14AB4AA0B4FFFBFFFD9A60B72"/>
          </w:pPr>
          <w:r w:rsidRPr="00905788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9BC929E952C0408D93B334564171A35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7828856-C2A1-4411-806A-BA8C1CFE8399}"/>
      </w:docPartPr>
      <w:docPartBody>
        <w:p w:rsidR="009C175F" w:rsidRDefault="009C175F" w:rsidP="009C175F">
          <w:pPr>
            <w:pStyle w:val="9BC929E952C0408D93B334564171A3552"/>
          </w:pPr>
          <w:r w:rsidRPr="005C3460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A4763DABE4D9421FA6AB4C39B8363B9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6A108AA-5F7F-44E8-BA5E-45A8C6D44681}"/>
      </w:docPartPr>
      <w:docPartBody>
        <w:p w:rsidR="0060180B" w:rsidRDefault="009C175F" w:rsidP="009C175F">
          <w:pPr>
            <w:pStyle w:val="A4763DABE4D9421FA6AB4C39B8363B9E1"/>
          </w:pPr>
          <w:r w:rsidRPr="00EE2516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DE9A9A7DE13C4B07BC7EAAF6992D186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E3386F4-AED1-43A1-AB0B-6E0D5601D30F}"/>
      </w:docPartPr>
      <w:docPartBody>
        <w:p w:rsidR="0060180B" w:rsidRDefault="009C175F" w:rsidP="009C175F">
          <w:pPr>
            <w:pStyle w:val="DE9A9A7DE13C4B07BC7EAAF6992D186D1"/>
          </w:pPr>
          <w:r w:rsidRPr="00EE2516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205D5CA0778746F8AB0944BBA039F25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7017590-0758-4064-9B23-26E98E9C1EAF}"/>
      </w:docPartPr>
      <w:docPartBody>
        <w:p w:rsidR="0060180B" w:rsidRDefault="009C175F" w:rsidP="009C175F">
          <w:pPr>
            <w:pStyle w:val="205D5CA0778746F8AB0944BBA039F2521"/>
          </w:pPr>
          <w:r w:rsidRPr="00EE2516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2F3ED68A6C86455E9DA72261DA3B40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74C4F86-24D7-4D72-8C1D-6728485E3000}"/>
      </w:docPartPr>
      <w:docPartBody>
        <w:p w:rsidR="0060180B" w:rsidRDefault="009C175F" w:rsidP="009C175F">
          <w:pPr>
            <w:pStyle w:val="2F3ED68A6C86455E9DA72261DA3B40BF1"/>
          </w:pPr>
          <w:r w:rsidRPr="00EE2516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7C80DD7C0D024E8697A7B365C9BFD48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E7200E0-859F-4669-A109-B14DF5DDB1A8}"/>
      </w:docPartPr>
      <w:docPartBody>
        <w:p w:rsidR="0060180B" w:rsidRDefault="009C175F" w:rsidP="009C175F">
          <w:pPr>
            <w:pStyle w:val="7C80DD7C0D024E8697A7B365C9BFD4841"/>
          </w:pPr>
          <w:r w:rsidRPr="00EE2516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987A6ACDF412486BA7B51853717FE73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11CC234-F675-4FC9-9AFD-239820DF58AC}"/>
      </w:docPartPr>
      <w:docPartBody>
        <w:p w:rsidR="0060180B" w:rsidRDefault="009C175F" w:rsidP="009C175F">
          <w:pPr>
            <w:pStyle w:val="987A6ACDF412486BA7B51853717FE7381"/>
          </w:pPr>
          <w:r w:rsidRPr="00EE2516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7A4A70D182474ED6AF71C366134ED8D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C5E3E06-ADBF-41FB-AD55-FAD9D94A1A18}"/>
      </w:docPartPr>
      <w:docPartBody>
        <w:p w:rsidR="0060180B" w:rsidRDefault="009C175F" w:rsidP="009C175F">
          <w:pPr>
            <w:pStyle w:val="7A4A70D182474ED6AF71C366134ED8DF1"/>
          </w:pPr>
          <w:r w:rsidRPr="00EE2516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3213D3245F804E2FB03568472AF510A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7CA4DEF-1C3C-417E-8863-5DC0F4721BBA}"/>
      </w:docPartPr>
      <w:docPartBody>
        <w:p w:rsidR="0060180B" w:rsidRDefault="009C175F" w:rsidP="009C175F">
          <w:pPr>
            <w:pStyle w:val="3213D3245F804E2FB03568472AF510A91"/>
          </w:pPr>
          <w:r w:rsidRPr="00EE2516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FD7CDF20A30040EF8216FB9ABEBEDE0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D206396-88A9-4DC0-86E9-FA271092E0FA}"/>
      </w:docPartPr>
      <w:docPartBody>
        <w:p w:rsidR="0060180B" w:rsidRDefault="009C175F" w:rsidP="009C175F">
          <w:pPr>
            <w:pStyle w:val="FD7CDF20A30040EF8216FB9ABEBEDE021"/>
          </w:pPr>
          <w:r w:rsidRPr="00EE2516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9B661D42B8DD4AB1A897B625AC30372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09B0B81-94A6-4D07-AAE2-9F24D06D3360}"/>
      </w:docPartPr>
      <w:docPartBody>
        <w:p w:rsidR="0060180B" w:rsidRDefault="009C175F" w:rsidP="009C175F">
          <w:pPr>
            <w:pStyle w:val="9B661D42B8DD4AB1A897B625AC30372F1"/>
          </w:pPr>
          <w:r w:rsidRPr="00EE2516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80032D9A78A74AE8B87782DA78FFD7D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F5A2E36-74BF-4F3C-94E9-78879FBFD06C}"/>
      </w:docPartPr>
      <w:docPartBody>
        <w:p w:rsidR="0060180B" w:rsidRDefault="009C175F" w:rsidP="009C175F">
          <w:pPr>
            <w:pStyle w:val="80032D9A78A74AE8B87782DA78FFD7DD1"/>
          </w:pPr>
          <w:r w:rsidRPr="00EE2516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91D06C9BCE9C43DB910FFE7EBF56BC7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9AAE437-6610-4BF2-82B5-10B7CB698BDE}"/>
      </w:docPartPr>
      <w:docPartBody>
        <w:p w:rsidR="0060180B" w:rsidRDefault="009C175F" w:rsidP="009C175F">
          <w:pPr>
            <w:pStyle w:val="91D06C9BCE9C43DB910FFE7EBF56BC791"/>
          </w:pPr>
          <w:r w:rsidRPr="00EE2516">
            <w:rPr>
              <w:rStyle w:val="Textedelespacerserv"/>
              <w:lang w:val="fr-CH"/>
            </w:rPr>
            <w:t>Cliquez ou appuyez ici pour entrer du texte.</w:t>
          </w:r>
        </w:p>
      </w:docPartBody>
    </w:docPart>
    <w:docPart>
      <w:docPartPr>
        <w:name w:val="A5EF98DF96344FC3948893A031B4EF6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B08A0138-FB3B-484A-92D6-F717504F5B8B}"/>
      </w:docPartPr>
      <w:docPartBody>
        <w:p w:rsidR="0060180B" w:rsidRDefault="009C175F" w:rsidP="009C175F">
          <w:pPr>
            <w:pStyle w:val="A5EF98DF96344FC3948893A031B4EF6C1"/>
          </w:pPr>
          <w:r w:rsidRPr="0043198D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CAD79BA7CFD41729D011A26D517AFB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8CDD08C-5BC2-45D8-8DD9-1F8BC43D23E1}"/>
      </w:docPartPr>
      <w:docPartBody>
        <w:p w:rsidR="0060180B" w:rsidRDefault="009C175F" w:rsidP="009C175F">
          <w:pPr>
            <w:pStyle w:val="DCAD79BA7CFD41729D011A26D517AFBF1"/>
          </w:pPr>
          <w:r w:rsidRPr="0043198D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DC8C13168E44BDDB0DF7227B41869C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EFCE48-DA45-4064-81E8-C6B1604487AC}"/>
      </w:docPartPr>
      <w:docPartBody>
        <w:p w:rsidR="0060180B" w:rsidRDefault="009C175F" w:rsidP="009C175F">
          <w:pPr>
            <w:pStyle w:val="CDC8C13168E44BDDB0DF7227B41869CB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83B87D2AFD7446DA1E8272E6DB6935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0F3EFEDF-864B-4151-9172-6AA206BC1069}"/>
      </w:docPartPr>
      <w:docPartBody>
        <w:p w:rsidR="0060180B" w:rsidRDefault="009C175F" w:rsidP="009C175F">
          <w:pPr>
            <w:pStyle w:val="983B87D2AFD7446DA1E8272E6DB6935A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FB5791400E24652995CA092F1CAF70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A0C11043-CC84-4D1A-B2B9-570523130A9F}"/>
      </w:docPartPr>
      <w:docPartBody>
        <w:p w:rsidR="0060180B" w:rsidRDefault="009C175F" w:rsidP="009C175F">
          <w:pPr>
            <w:pStyle w:val="DFB5791400E24652995CA092F1CAF70A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C31EF949DE8499588666F2C8352151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54B1187-FFB3-4E90-8E15-E1C15FCE46D5}"/>
      </w:docPartPr>
      <w:docPartBody>
        <w:p w:rsidR="0060180B" w:rsidRDefault="009C175F" w:rsidP="009C175F">
          <w:pPr>
            <w:pStyle w:val="BC31EF949DE8499588666F2C83521512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F854917811A44DA872F4D865F2280C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139119E-F732-45C8-B2D7-150305C77654}"/>
      </w:docPartPr>
      <w:docPartBody>
        <w:p w:rsidR="0060180B" w:rsidRDefault="009C175F" w:rsidP="009C175F">
          <w:pPr>
            <w:pStyle w:val="BF854917811A44DA872F4D865F2280C3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2F3C5FD468964E789A6443D8B8F45C6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AA3A3EF-7AD6-4DEA-82EF-07950314D313}"/>
      </w:docPartPr>
      <w:docPartBody>
        <w:p w:rsidR="0060180B" w:rsidRDefault="009C175F" w:rsidP="009C175F">
          <w:pPr>
            <w:pStyle w:val="2F3C5FD468964E789A6443D8B8F45C64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856FDC2B09949F0957CF465D23556C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182E60F-2BA4-4355-A865-31B1A66BFCE1}"/>
      </w:docPartPr>
      <w:docPartBody>
        <w:p w:rsidR="0060180B" w:rsidRDefault="009C175F" w:rsidP="009C175F">
          <w:pPr>
            <w:pStyle w:val="3856FDC2B09949F0957CF465D23556CA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373C3AF11CC4993A5862DB0B3D5355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4D4F8C7-A022-42DE-A1F9-B5D4BC85C1B6}"/>
      </w:docPartPr>
      <w:docPartBody>
        <w:p w:rsidR="0060180B" w:rsidRDefault="009C175F" w:rsidP="009C175F">
          <w:pPr>
            <w:pStyle w:val="A373C3AF11CC4993A5862DB0B3D53559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53E4871473974CBCA8FACA72E650552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ADE8A98-5489-46D5-8D9B-CA1C1AADA064}"/>
      </w:docPartPr>
      <w:docPartBody>
        <w:p w:rsidR="0060180B" w:rsidRDefault="009C175F" w:rsidP="009C175F">
          <w:pPr>
            <w:pStyle w:val="53E4871473974CBCA8FACA72E6505526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8BBEEF5D5DD45A3AB1B898DEE9D7C7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5029FB7-972B-4191-8D1B-7C5B28935139}"/>
      </w:docPartPr>
      <w:docPartBody>
        <w:p w:rsidR="0060180B" w:rsidRDefault="009C175F" w:rsidP="009C175F">
          <w:pPr>
            <w:pStyle w:val="78BBEEF5D5DD45A3AB1B898DEE9D7C7E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C82C94216B1345B1A87602F877F97A4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9C38713-F7E7-48AE-B9DB-9D23264F225A}"/>
      </w:docPartPr>
      <w:docPartBody>
        <w:p w:rsidR="0060180B" w:rsidRDefault="009C175F" w:rsidP="009C175F">
          <w:pPr>
            <w:pStyle w:val="C82C94216B1345B1A87602F877F97A41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CA7D28352F94B3A9DF26EC824BE0E1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FC08273-9C2A-4D6B-BC07-4D87A816085C}"/>
      </w:docPartPr>
      <w:docPartBody>
        <w:p w:rsidR="0060180B" w:rsidRDefault="009C175F" w:rsidP="009C175F">
          <w:pPr>
            <w:pStyle w:val="1CA7D28352F94B3A9DF26EC824BE0E13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CE3E415C9E24534911F0D98E9A64DD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2C243B8-496E-4E45-BD33-AB28DA2D16E0}"/>
      </w:docPartPr>
      <w:docPartBody>
        <w:p w:rsidR="0060180B" w:rsidRDefault="009C175F" w:rsidP="009C175F">
          <w:pPr>
            <w:pStyle w:val="8CE3E415C9E24534911F0D98E9A64DDC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058F62EBFC6E48DF81585269CD07507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92F633A-9007-4FD0-88E2-7CEB6C7D0CA3}"/>
      </w:docPartPr>
      <w:docPartBody>
        <w:p w:rsidR="0060180B" w:rsidRDefault="009C175F" w:rsidP="009C175F">
          <w:pPr>
            <w:pStyle w:val="058F62EBFC6E48DF81585269CD075074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E2B01C1AE054CD69C7135784564F732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1244BBE-414A-4E65-8630-57ECCCCA66D6}"/>
      </w:docPartPr>
      <w:docPartBody>
        <w:p w:rsidR="0060180B" w:rsidRDefault="009C175F" w:rsidP="009C175F">
          <w:pPr>
            <w:pStyle w:val="9E2B01C1AE054CD69C7135784564F732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29B005C34A745A5B272797BF1B0AFC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6765370-6791-41A4-829D-C64E95FDD0D7}"/>
      </w:docPartPr>
      <w:docPartBody>
        <w:p w:rsidR="0060180B" w:rsidRDefault="009C175F" w:rsidP="009C175F">
          <w:pPr>
            <w:pStyle w:val="429B005C34A745A5B272797BF1B0AFCA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1F6776183BA46F59B8038DC3A87905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57AB2FC-9337-41C9-B678-C35C536E84E8}"/>
      </w:docPartPr>
      <w:docPartBody>
        <w:p w:rsidR="0060180B" w:rsidRDefault="009C175F" w:rsidP="009C175F">
          <w:pPr>
            <w:pStyle w:val="E1F6776183BA46F59B8038DC3A879050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2116C2AF04D453A9CC357492095F7C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E660BD7-894B-4103-AD27-09B63A916AB5}"/>
      </w:docPartPr>
      <w:docPartBody>
        <w:p w:rsidR="0060180B" w:rsidRDefault="009C175F" w:rsidP="009C175F">
          <w:pPr>
            <w:pStyle w:val="72116C2AF04D453A9CC357492095F7CF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1B8A907E4744BF0A2924665BF16BE31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A873D02-D49C-4471-AC56-B9E4E4425E8E}"/>
      </w:docPartPr>
      <w:docPartBody>
        <w:p w:rsidR="0060180B" w:rsidRDefault="009C175F" w:rsidP="009C175F">
          <w:pPr>
            <w:pStyle w:val="91B8A907E4744BF0A2924665BF16BE31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2A6AE5EA57543D191E552D3CE47848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02CB6B2-DAF3-48EA-BDD8-B959B5C1AA5D}"/>
      </w:docPartPr>
      <w:docPartBody>
        <w:p w:rsidR="0060180B" w:rsidRDefault="009C175F" w:rsidP="009C175F">
          <w:pPr>
            <w:pStyle w:val="42A6AE5EA57543D191E552D3CE478488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024F0B52E4A405CA5C9F5EE5D7D25AF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13F7D02C-9E55-4F73-A7F5-CD381B504DEE}"/>
      </w:docPartPr>
      <w:docPartBody>
        <w:p w:rsidR="0060180B" w:rsidRDefault="009C175F" w:rsidP="009C175F">
          <w:pPr>
            <w:pStyle w:val="A024F0B52E4A405CA5C9F5EE5D7D25AF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BFC63BD065A41E68243B0922C680913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4413D74-07B6-4405-8591-248ECE500B23}"/>
      </w:docPartPr>
      <w:docPartBody>
        <w:p w:rsidR="0060180B" w:rsidRDefault="009C175F" w:rsidP="009C175F">
          <w:pPr>
            <w:pStyle w:val="8BFC63BD065A41E68243B0922C680913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44C0338FAE2475C86C4892FBD4221C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DDF97446-69BD-41B1-8B47-FC3364A51F3D}"/>
      </w:docPartPr>
      <w:docPartBody>
        <w:p w:rsidR="0060180B" w:rsidRDefault="009C175F" w:rsidP="009C175F">
          <w:pPr>
            <w:pStyle w:val="444C0338FAE2475C86C4892FBD4221CB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9978FA886CB54F31A21A383E4D70CD1A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CE246815-2FBD-4DA6-BA16-438682C0D7AB}"/>
      </w:docPartPr>
      <w:docPartBody>
        <w:p w:rsidR="0060180B" w:rsidRDefault="009C175F" w:rsidP="009C175F">
          <w:pPr>
            <w:pStyle w:val="9978FA886CB54F31A21A383E4D70CD1A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1B8A8A32C284E398D5C35170DCBDECE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E0B114A-BA24-4318-BEDF-AD29B150D87F}"/>
      </w:docPartPr>
      <w:docPartBody>
        <w:p w:rsidR="0060180B" w:rsidRDefault="009C175F" w:rsidP="009C175F">
          <w:pPr>
            <w:pStyle w:val="41B8A8A32C284E398D5C35170DCBDECE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8CF760FC2B79437E852DC310625E3707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B094E72-724C-43E4-9F2D-C9C7F47A6B42}"/>
      </w:docPartPr>
      <w:docPartBody>
        <w:p w:rsidR="0060180B" w:rsidRDefault="009C175F" w:rsidP="009C175F">
          <w:pPr>
            <w:pStyle w:val="8CF760FC2B79437E852DC310625E3707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5F405658325477AB48C8BE01CC4320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913E38D-F914-417F-B2AF-DBAAAA597525}"/>
      </w:docPartPr>
      <w:docPartBody>
        <w:p w:rsidR="0060180B" w:rsidRDefault="009C175F" w:rsidP="009C175F">
          <w:pPr>
            <w:pStyle w:val="45F405658325477AB48C8BE01CC43208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FC1796DE688492DAA177FB857D4DE2D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44BD03B-319A-4280-9A9E-C895F3C01664}"/>
      </w:docPartPr>
      <w:docPartBody>
        <w:p w:rsidR="0060180B" w:rsidRDefault="009C175F" w:rsidP="009C175F">
          <w:pPr>
            <w:pStyle w:val="BFC1796DE688492DAA177FB857D4DE2D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EE6AD2F47B5476D9F4FCF8CC2CCE5D8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1C925C2-CDAC-4925-AFE4-2BC60D291BB6}"/>
      </w:docPartPr>
      <w:docPartBody>
        <w:p w:rsidR="0060180B" w:rsidRDefault="009C175F" w:rsidP="009C175F">
          <w:pPr>
            <w:pStyle w:val="BEE6AD2F47B5476D9F4FCF8CC2CCE5D8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7474BCE5EBBE4ADD8487F86DB208BC3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7A51B16A-8DD1-421C-9756-6BE56B18B073}"/>
      </w:docPartPr>
      <w:docPartBody>
        <w:p w:rsidR="0060180B" w:rsidRDefault="009C175F" w:rsidP="009C175F">
          <w:pPr>
            <w:pStyle w:val="7474BCE5EBBE4ADD8487F86DB208BC30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FB7F031E3454BFF800D3850F3C9207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8F7AD5A9-A3FF-4A3D-A79E-3925342B0901}"/>
      </w:docPartPr>
      <w:docPartBody>
        <w:p w:rsidR="0060180B" w:rsidRDefault="009C175F" w:rsidP="009C175F">
          <w:pPr>
            <w:pStyle w:val="EFB7F031E3454BFF800D3850F3C92074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1F7D88011ED4932B0D08C6F20877F6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EB912943-824A-49D9-A254-6721DB985424}"/>
      </w:docPartPr>
      <w:docPartBody>
        <w:p w:rsidR="0060180B" w:rsidRDefault="009C175F" w:rsidP="009C175F">
          <w:pPr>
            <w:pStyle w:val="41F7D88011ED4932B0D08C6F20877F65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4058347A38D24A1F8EA0A81D02CD649B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1BAAF5B-A6FE-4D72-A835-482C0C91E792}"/>
      </w:docPartPr>
      <w:docPartBody>
        <w:p w:rsidR="0060180B" w:rsidRDefault="009C175F" w:rsidP="009C175F">
          <w:pPr>
            <w:pStyle w:val="4058347A38D24A1F8EA0A81D02CD649B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B1EB251A92F94506985CF0EE9ECAA1F9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32408E0D-0817-4AE1-9D4C-42C6F8AB4A23}"/>
      </w:docPartPr>
      <w:docPartBody>
        <w:p w:rsidR="0060180B" w:rsidRDefault="009C175F" w:rsidP="009C175F">
          <w:pPr>
            <w:pStyle w:val="B1EB251A92F94506985CF0EE9ECAA1F9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99FE7D53647469FB848BE898BD2763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6375E5A-9547-401C-9CC5-A608745CBD9A}"/>
      </w:docPartPr>
      <w:docPartBody>
        <w:p w:rsidR="0060180B" w:rsidRDefault="009C175F" w:rsidP="009C175F">
          <w:pPr>
            <w:pStyle w:val="D99FE7D53647469FB848BE898BD27630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311C8D81C4964E7CA77A6A18B1356DA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2A04CE77-14AF-4221-8659-00D49C19D707}"/>
      </w:docPartPr>
      <w:docPartBody>
        <w:p w:rsidR="0060180B" w:rsidRDefault="009C175F" w:rsidP="009C175F">
          <w:pPr>
            <w:pStyle w:val="311C8D81C4964E7CA77A6A18B1356DAC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F3079EC3D7F74503B32D944AA32CE5F4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400A30A0-C494-4F24-BAF6-4C2AB0E18F11}"/>
      </w:docPartPr>
      <w:docPartBody>
        <w:p w:rsidR="0060180B" w:rsidRDefault="009C175F" w:rsidP="009C175F">
          <w:pPr>
            <w:pStyle w:val="F3079EC3D7F74503B32D944AA32CE5F4"/>
          </w:pPr>
          <w:r w:rsidRPr="00EE2516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2116"/>
    <w:rsid w:val="00152116"/>
    <w:rsid w:val="0060180B"/>
    <w:rsid w:val="009C17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fr-CH" w:eastAsia="fr-CH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9C175F"/>
    <w:rPr>
      <w:color w:val="808080"/>
    </w:rPr>
  </w:style>
  <w:style w:type="paragraph" w:customStyle="1" w:styleId="A5CBBC631EB74485914B6664D3983E11">
    <w:name w:val="A5CBBC631EB74485914B6664D3983E11"/>
    <w:rsid w:val="00152116"/>
  </w:style>
  <w:style w:type="paragraph" w:customStyle="1" w:styleId="C15319B462C54A0CA871EA2CF863A030">
    <w:name w:val="C15319B462C54A0CA871EA2CF863A030"/>
    <w:rsid w:val="00152116"/>
  </w:style>
  <w:style w:type="paragraph" w:customStyle="1" w:styleId="AFD9BB4F1DB9408E9F709763949ED68A">
    <w:name w:val="AFD9BB4F1DB9408E9F709763949ED68A"/>
    <w:rsid w:val="00152116"/>
  </w:style>
  <w:style w:type="paragraph" w:customStyle="1" w:styleId="22E5ECFB15624CA3832BBAC2EC3CC8AA">
    <w:name w:val="22E5ECFB15624CA3832BBAC2EC3CC8AA"/>
    <w:rsid w:val="00152116"/>
  </w:style>
  <w:style w:type="paragraph" w:customStyle="1" w:styleId="B2E9D0BB34FC489FB33A5D1B18DBF2E6">
    <w:name w:val="B2E9D0BB34FC489FB33A5D1B18DBF2E6"/>
    <w:rsid w:val="00152116"/>
  </w:style>
  <w:style w:type="paragraph" w:customStyle="1" w:styleId="E6E2C3F91FD04BDB84221CA2CC5A2A08">
    <w:name w:val="E6E2C3F91FD04BDB84221CA2CC5A2A08"/>
    <w:rsid w:val="00152116"/>
  </w:style>
  <w:style w:type="paragraph" w:customStyle="1" w:styleId="9808DF52D70144C99956200D9626D831">
    <w:name w:val="9808DF52D70144C99956200D9626D831"/>
    <w:rsid w:val="00152116"/>
  </w:style>
  <w:style w:type="paragraph" w:customStyle="1" w:styleId="B84A2286BFF5475A987B7E80C9B3946F">
    <w:name w:val="B84A2286BFF5475A987B7E80C9B3946F"/>
    <w:rsid w:val="00152116"/>
  </w:style>
  <w:style w:type="paragraph" w:customStyle="1" w:styleId="5813C4305D1D42F2A1DF1CB393B15EB8">
    <w:name w:val="5813C4305D1D42F2A1DF1CB393B15EB8"/>
    <w:rsid w:val="00152116"/>
  </w:style>
  <w:style w:type="paragraph" w:customStyle="1" w:styleId="E4DC73D17377458EBE344D21FAF7F5D9">
    <w:name w:val="E4DC73D17377458EBE344D21FAF7F5D9"/>
    <w:rsid w:val="00152116"/>
  </w:style>
  <w:style w:type="paragraph" w:customStyle="1" w:styleId="5DC5C8310C81424CB4FF625546D65A13">
    <w:name w:val="5DC5C8310C81424CB4FF625546D65A13"/>
    <w:rsid w:val="00152116"/>
  </w:style>
  <w:style w:type="paragraph" w:customStyle="1" w:styleId="7C9554DD14AB4AA0B4FFFBFFFD9A60B7">
    <w:name w:val="7C9554DD14AB4AA0B4FFFBFFFD9A60B7"/>
    <w:rsid w:val="00152116"/>
  </w:style>
  <w:style w:type="paragraph" w:customStyle="1" w:styleId="9BC929E952C0408D93B334564171A355">
    <w:name w:val="9BC929E952C0408D93B334564171A355"/>
    <w:rsid w:val="00152116"/>
  </w:style>
  <w:style w:type="paragraph" w:customStyle="1" w:styleId="22E5ECFB15624CA3832BBAC2EC3CC8AA1">
    <w:name w:val="22E5ECFB15624CA3832BBAC2EC3CC8AA1"/>
    <w:rsid w:val="009C175F"/>
    <w:pPr>
      <w:spacing w:after="200" w:line="276" w:lineRule="auto"/>
    </w:pPr>
    <w:rPr>
      <w:lang w:val="en-US" w:eastAsia="en-US"/>
    </w:rPr>
  </w:style>
  <w:style w:type="paragraph" w:customStyle="1" w:styleId="AFD9BB4F1DB9408E9F709763949ED68A1">
    <w:name w:val="AFD9BB4F1DB9408E9F709763949ED68A1"/>
    <w:rsid w:val="009C175F"/>
    <w:pPr>
      <w:spacing w:after="200" w:line="276" w:lineRule="auto"/>
    </w:pPr>
    <w:rPr>
      <w:lang w:val="en-US" w:eastAsia="en-US"/>
    </w:rPr>
  </w:style>
  <w:style w:type="paragraph" w:customStyle="1" w:styleId="C15319B462C54A0CA871EA2CF863A0301">
    <w:name w:val="C15319B462C54A0CA871EA2CF863A0301"/>
    <w:rsid w:val="009C175F"/>
    <w:pPr>
      <w:spacing w:after="200" w:line="276" w:lineRule="auto"/>
    </w:pPr>
    <w:rPr>
      <w:lang w:val="en-US" w:eastAsia="en-US"/>
    </w:rPr>
  </w:style>
  <w:style w:type="paragraph" w:customStyle="1" w:styleId="B2E9D0BB34FC489FB33A5D1B18DBF2E61">
    <w:name w:val="B2E9D0BB34FC489FB33A5D1B18DBF2E61"/>
    <w:rsid w:val="009C175F"/>
    <w:pPr>
      <w:spacing w:after="200" w:line="276" w:lineRule="auto"/>
    </w:pPr>
    <w:rPr>
      <w:lang w:val="en-US" w:eastAsia="en-US"/>
    </w:rPr>
  </w:style>
  <w:style w:type="paragraph" w:customStyle="1" w:styleId="E6E2C3F91FD04BDB84221CA2CC5A2A081">
    <w:name w:val="E6E2C3F91FD04BDB84221CA2CC5A2A081"/>
    <w:rsid w:val="009C175F"/>
    <w:pPr>
      <w:spacing w:after="200" w:line="276" w:lineRule="auto"/>
    </w:pPr>
    <w:rPr>
      <w:lang w:val="en-US" w:eastAsia="en-US"/>
    </w:rPr>
  </w:style>
  <w:style w:type="paragraph" w:customStyle="1" w:styleId="9808DF52D70144C99956200D9626D8311">
    <w:name w:val="9808DF52D70144C99956200D9626D8311"/>
    <w:rsid w:val="009C175F"/>
    <w:pPr>
      <w:spacing w:after="200" w:line="276" w:lineRule="auto"/>
    </w:pPr>
    <w:rPr>
      <w:lang w:val="en-US" w:eastAsia="en-US"/>
    </w:rPr>
  </w:style>
  <w:style w:type="paragraph" w:customStyle="1" w:styleId="B84A2286BFF5475A987B7E80C9B3946F1">
    <w:name w:val="B84A2286BFF5475A987B7E80C9B3946F1"/>
    <w:rsid w:val="009C175F"/>
    <w:pPr>
      <w:spacing w:after="200" w:line="276" w:lineRule="auto"/>
    </w:pPr>
    <w:rPr>
      <w:lang w:val="en-US" w:eastAsia="en-US"/>
    </w:rPr>
  </w:style>
  <w:style w:type="paragraph" w:customStyle="1" w:styleId="5813C4305D1D42F2A1DF1CB393B15EB81">
    <w:name w:val="5813C4305D1D42F2A1DF1CB393B15EB81"/>
    <w:rsid w:val="009C175F"/>
    <w:pPr>
      <w:spacing w:after="200" w:line="276" w:lineRule="auto"/>
    </w:pPr>
    <w:rPr>
      <w:lang w:val="en-US" w:eastAsia="en-US"/>
    </w:rPr>
  </w:style>
  <w:style w:type="paragraph" w:customStyle="1" w:styleId="E4DC73D17377458EBE344D21FAF7F5D91">
    <w:name w:val="E4DC73D17377458EBE344D21FAF7F5D91"/>
    <w:rsid w:val="009C175F"/>
    <w:pPr>
      <w:spacing w:after="200" w:line="276" w:lineRule="auto"/>
    </w:pPr>
    <w:rPr>
      <w:lang w:val="en-US" w:eastAsia="en-US"/>
    </w:rPr>
  </w:style>
  <w:style w:type="paragraph" w:customStyle="1" w:styleId="7C9554DD14AB4AA0B4FFFBFFFD9A60B71">
    <w:name w:val="7C9554DD14AB4AA0B4FFFBFFFD9A60B71"/>
    <w:rsid w:val="009C175F"/>
    <w:pPr>
      <w:spacing w:after="200" w:line="276" w:lineRule="auto"/>
    </w:pPr>
    <w:rPr>
      <w:lang w:val="en-US" w:eastAsia="en-US"/>
    </w:rPr>
  </w:style>
  <w:style w:type="paragraph" w:customStyle="1" w:styleId="9BC929E952C0408D93B334564171A3551">
    <w:name w:val="9BC929E952C0408D93B334564171A3551"/>
    <w:rsid w:val="009C175F"/>
    <w:pPr>
      <w:spacing w:after="200" w:line="276" w:lineRule="auto"/>
    </w:pPr>
    <w:rPr>
      <w:lang w:val="en-US" w:eastAsia="en-US"/>
    </w:rPr>
  </w:style>
  <w:style w:type="paragraph" w:customStyle="1" w:styleId="6767B2AA6BB9491D83BE81F0E1D8900C">
    <w:name w:val="6767B2AA6BB9491D83BE81F0E1D8900C"/>
    <w:rsid w:val="009C175F"/>
  </w:style>
  <w:style w:type="paragraph" w:customStyle="1" w:styleId="A4763DABE4D9421FA6AB4C39B8363B9E">
    <w:name w:val="A4763DABE4D9421FA6AB4C39B8363B9E"/>
    <w:rsid w:val="009C175F"/>
  </w:style>
  <w:style w:type="paragraph" w:customStyle="1" w:styleId="DE9A9A7DE13C4B07BC7EAAF6992D186D">
    <w:name w:val="DE9A9A7DE13C4B07BC7EAAF6992D186D"/>
    <w:rsid w:val="009C175F"/>
  </w:style>
  <w:style w:type="paragraph" w:customStyle="1" w:styleId="205D5CA0778746F8AB0944BBA039F252">
    <w:name w:val="205D5CA0778746F8AB0944BBA039F252"/>
    <w:rsid w:val="009C175F"/>
  </w:style>
  <w:style w:type="paragraph" w:customStyle="1" w:styleId="2F3ED68A6C86455E9DA72261DA3B40BF">
    <w:name w:val="2F3ED68A6C86455E9DA72261DA3B40BF"/>
    <w:rsid w:val="009C175F"/>
  </w:style>
  <w:style w:type="paragraph" w:customStyle="1" w:styleId="7C80DD7C0D024E8697A7B365C9BFD484">
    <w:name w:val="7C80DD7C0D024E8697A7B365C9BFD484"/>
    <w:rsid w:val="009C175F"/>
  </w:style>
  <w:style w:type="paragraph" w:customStyle="1" w:styleId="987A6ACDF412486BA7B51853717FE738">
    <w:name w:val="987A6ACDF412486BA7B51853717FE738"/>
    <w:rsid w:val="009C175F"/>
  </w:style>
  <w:style w:type="paragraph" w:customStyle="1" w:styleId="7A4A70D182474ED6AF71C366134ED8DF">
    <w:name w:val="7A4A70D182474ED6AF71C366134ED8DF"/>
    <w:rsid w:val="009C175F"/>
  </w:style>
  <w:style w:type="paragraph" w:customStyle="1" w:styleId="3213D3245F804E2FB03568472AF510A9">
    <w:name w:val="3213D3245F804E2FB03568472AF510A9"/>
    <w:rsid w:val="009C175F"/>
  </w:style>
  <w:style w:type="paragraph" w:customStyle="1" w:styleId="B032063246E0435AA6DF834304EDBCFA">
    <w:name w:val="B032063246E0435AA6DF834304EDBCFA"/>
    <w:rsid w:val="009C175F"/>
  </w:style>
  <w:style w:type="paragraph" w:customStyle="1" w:styleId="FD7CDF20A30040EF8216FB9ABEBEDE02">
    <w:name w:val="FD7CDF20A30040EF8216FB9ABEBEDE02"/>
    <w:rsid w:val="009C175F"/>
  </w:style>
  <w:style w:type="paragraph" w:customStyle="1" w:styleId="9B661D42B8DD4AB1A897B625AC30372F">
    <w:name w:val="9B661D42B8DD4AB1A897B625AC30372F"/>
    <w:rsid w:val="009C175F"/>
  </w:style>
  <w:style w:type="paragraph" w:customStyle="1" w:styleId="49D34766691E47E7B35030998E8CF7B1">
    <w:name w:val="49D34766691E47E7B35030998E8CF7B1"/>
    <w:rsid w:val="009C175F"/>
  </w:style>
  <w:style w:type="paragraph" w:customStyle="1" w:styleId="79608FEFE1AC4F8483E4FEE978595999">
    <w:name w:val="79608FEFE1AC4F8483E4FEE978595999"/>
    <w:rsid w:val="009C175F"/>
  </w:style>
  <w:style w:type="paragraph" w:customStyle="1" w:styleId="48971DE62D3C4C76AB0B38CE971716DB">
    <w:name w:val="48971DE62D3C4C76AB0B38CE971716DB"/>
    <w:rsid w:val="009C175F"/>
  </w:style>
  <w:style w:type="paragraph" w:customStyle="1" w:styleId="DF2AB2FF4008403D8FDD7AE8964BF838">
    <w:name w:val="DF2AB2FF4008403D8FDD7AE8964BF838"/>
    <w:rsid w:val="009C175F"/>
  </w:style>
  <w:style w:type="paragraph" w:customStyle="1" w:styleId="80032D9A78A74AE8B87782DA78FFD7DD">
    <w:name w:val="80032D9A78A74AE8B87782DA78FFD7DD"/>
    <w:rsid w:val="009C175F"/>
  </w:style>
  <w:style w:type="paragraph" w:customStyle="1" w:styleId="C19A60851A1E4751AC694D860E5BBC4E">
    <w:name w:val="C19A60851A1E4751AC694D860E5BBC4E"/>
    <w:rsid w:val="009C175F"/>
  </w:style>
  <w:style w:type="paragraph" w:customStyle="1" w:styleId="91D06C9BCE9C43DB910FFE7EBF56BC79">
    <w:name w:val="91D06C9BCE9C43DB910FFE7EBF56BC79"/>
    <w:rsid w:val="009C175F"/>
  </w:style>
  <w:style w:type="paragraph" w:customStyle="1" w:styleId="A5EF98DF96344FC3948893A031B4EF6C">
    <w:name w:val="A5EF98DF96344FC3948893A031B4EF6C"/>
    <w:rsid w:val="009C175F"/>
  </w:style>
  <w:style w:type="paragraph" w:customStyle="1" w:styleId="DCAD79BA7CFD41729D011A26D517AFBF">
    <w:name w:val="DCAD79BA7CFD41729D011A26D517AFBF"/>
    <w:rsid w:val="009C175F"/>
  </w:style>
  <w:style w:type="paragraph" w:customStyle="1" w:styleId="22E5ECFB15624CA3832BBAC2EC3CC8AA2">
    <w:name w:val="22E5ECFB15624CA3832BBAC2EC3CC8AA2"/>
    <w:rsid w:val="009C175F"/>
    <w:pPr>
      <w:spacing w:after="200" w:line="276" w:lineRule="auto"/>
    </w:pPr>
    <w:rPr>
      <w:lang w:val="en-US" w:eastAsia="en-US"/>
    </w:rPr>
  </w:style>
  <w:style w:type="paragraph" w:customStyle="1" w:styleId="A5EF98DF96344FC3948893A031B4EF6C1">
    <w:name w:val="A5EF98DF96344FC3948893A031B4EF6C1"/>
    <w:rsid w:val="009C175F"/>
    <w:pPr>
      <w:spacing w:after="200" w:line="276" w:lineRule="auto"/>
    </w:pPr>
    <w:rPr>
      <w:lang w:val="en-US" w:eastAsia="en-US"/>
    </w:rPr>
  </w:style>
  <w:style w:type="paragraph" w:customStyle="1" w:styleId="C15319B462C54A0CA871EA2CF863A0302">
    <w:name w:val="C15319B462C54A0CA871EA2CF863A0302"/>
    <w:rsid w:val="009C175F"/>
    <w:pPr>
      <w:spacing w:after="200" w:line="276" w:lineRule="auto"/>
    </w:pPr>
    <w:rPr>
      <w:lang w:val="en-US" w:eastAsia="en-US"/>
    </w:rPr>
  </w:style>
  <w:style w:type="paragraph" w:customStyle="1" w:styleId="B2E9D0BB34FC489FB33A5D1B18DBF2E62">
    <w:name w:val="B2E9D0BB34FC489FB33A5D1B18DBF2E62"/>
    <w:rsid w:val="009C175F"/>
    <w:pPr>
      <w:spacing w:after="200" w:line="276" w:lineRule="auto"/>
    </w:pPr>
    <w:rPr>
      <w:lang w:val="en-US" w:eastAsia="en-US"/>
    </w:rPr>
  </w:style>
  <w:style w:type="paragraph" w:customStyle="1" w:styleId="E6E2C3F91FD04BDB84221CA2CC5A2A082">
    <w:name w:val="E6E2C3F91FD04BDB84221CA2CC5A2A082"/>
    <w:rsid w:val="009C175F"/>
    <w:pPr>
      <w:spacing w:after="200" w:line="276" w:lineRule="auto"/>
    </w:pPr>
    <w:rPr>
      <w:lang w:val="en-US" w:eastAsia="en-US"/>
    </w:rPr>
  </w:style>
  <w:style w:type="paragraph" w:customStyle="1" w:styleId="9808DF52D70144C99956200D9626D8312">
    <w:name w:val="9808DF52D70144C99956200D9626D8312"/>
    <w:rsid w:val="009C175F"/>
    <w:pPr>
      <w:spacing w:after="200" w:line="276" w:lineRule="auto"/>
    </w:pPr>
    <w:rPr>
      <w:lang w:val="en-US" w:eastAsia="en-US"/>
    </w:rPr>
  </w:style>
  <w:style w:type="paragraph" w:customStyle="1" w:styleId="B84A2286BFF5475A987B7E80C9B3946F2">
    <w:name w:val="B84A2286BFF5475A987B7E80C9B3946F2"/>
    <w:rsid w:val="009C175F"/>
    <w:pPr>
      <w:spacing w:after="200" w:line="276" w:lineRule="auto"/>
    </w:pPr>
    <w:rPr>
      <w:lang w:val="en-US" w:eastAsia="en-US"/>
    </w:rPr>
  </w:style>
  <w:style w:type="paragraph" w:customStyle="1" w:styleId="5813C4305D1D42F2A1DF1CB393B15EB82">
    <w:name w:val="5813C4305D1D42F2A1DF1CB393B15EB82"/>
    <w:rsid w:val="009C175F"/>
    <w:pPr>
      <w:spacing w:after="200" w:line="276" w:lineRule="auto"/>
    </w:pPr>
    <w:rPr>
      <w:lang w:val="en-US" w:eastAsia="en-US"/>
    </w:rPr>
  </w:style>
  <w:style w:type="paragraph" w:customStyle="1" w:styleId="E4DC73D17377458EBE344D21FAF7F5D92">
    <w:name w:val="E4DC73D17377458EBE344D21FAF7F5D92"/>
    <w:rsid w:val="009C175F"/>
    <w:pPr>
      <w:spacing w:after="200" w:line="276" w:lineRule="auto"/>
    </w:pPr>
    <w:rPr>
      <w:lang w:val="en-US" w:eastAsia="en-US"/>
    </w:rPr>
  </w:style>
  <w:style w:type="paragraph" w:customStyle="1" w:styleId="7C9554DD14AB4AA0B4FFFBFFFD9A60B72">
    <w:name w:val="7C9554DD14AB4AA0B4FFFBFFFD9A60B72"/>
    <w:rsid w:val="009C175F"/>
    <w:pPr>
      <w:spacing w:after="200" w:line="276" w:lineRule="auto"/>
    </w:pPr>
    <w:rPr>
      <w:lang w:val="en-US" w:eastAsia="en-US"/>
    </w:rPr>
  </w:style>
  <w:style w:type="paragraph" w:customStyle="1" w:styleId="9BC929E952C0408D93B334564171A3552">
    <w:name w:val="9BC929E952C0408D93B334564171A3552"/>
    <w:rsid w:val="009C175F"/>
    <w:pPr>
      <w:spacing w:after="200" w:line="276" w:lineRule="auto"/>
    </w:pPr>
    <w:rPr>
      <w:lang w:val="en-US" w:eastAsia="en-US"/>
    </w:rPr>
  </w:style>
  <w:style w:type="paragraph" w:customStyle="1" w:styleId="A4763DABE4D9421FA6AB4C39B8363B9E1">
    <w:name w:val="A4763DABE4D9421FA6AB4C39B8363B9E1"/>
    <w:rsid w:val="009C175F"/>
    <w:pPr>
      <w:spacing w:after="200" w:line="276" w:lineRule="auto"/>
    </w:pPr>
    <w:rPr>
      <w:lang w:val="en-US" w:eastAsia="en-US"/>
    </w:rPr>
  </w:style>
  <w:style w:type="paragraph" w:customStyle="1" w:styleId="DE9A9A7DE13C4B07BC7EAAF6992D186D1">
    <w:name w:val="DE9A9A7DE13C4B07BC7EAAF6992D186D1"/>
    <w:rsid w:val="009C175F"/>
    <w:pPr>
      <w:spacing w:after="200" w:line="276" w:lineRule="auto"/>
    </w:pPr>
    <w:rPr>
      <w:lang w:val="en-US" w:eastAsia="en-US"/>
    </w:rPr>
  </w:style>
  <w:style w:type="paragraph" w:customStyle="1" w:styleId="205D5CA0778746F8AB0944BBA039F2521">
    <w:name w:val="205D5CA0778746F8AB0944BBA039F2521"/>
    <w:rsid w:val="009C175F"/>
    <w:pPr>
      <w:spacing w:after="200" w:line="276" w:lineRule="auto"/>
    </w:pPr>
    <w:rPr>
      <w:lang w:val="en-US" w:eastAsia="en-US"/>
    </w:rPr>
  </w:style>
  <w:style w:type="paragraph" w:customStyle="1" w:styleId="2F3ED68A6C86455E9DA72261DA3B40BF1">
    <w:name w:val="2F3ED68A6C86455E9DA72261DA3B40BF1"/>
    <w:rsid w:val="009C175F"/>
    <w:pPr>
      <w:spacing w:after="200" w:line="276" w:lineRule="auto"/>
    </w:pPr>
    <w:rPr>
      <w:lang w:val="en-US" w:eastAsia="en-US"/>
    </w:rPr>
  </w:style>
  <w:style w:type="paragraph" w:customStyle="1" w:styleId="7C80DD7C0D024E8697A7B365C9BFD4841">
    <w:name w:val="7C80DD7C0D024E8697A7B365C9BFD4841"/>
    <w:rsid w:val="009C175F"/>
    <w:pPr>
      <w:spacing w:after="200" w:line="276" w:lineRule="auto"/>
    </w:pPr>
    <w:rPr>
      <w:lang w:val="en-US" w:eastAsia="en-US"/>
    </w:rPr>
  </w:style>
  <w:style w:type="paragraph" w:customStyle="1" w:styleId="987A6ACDF412486BA7B51853717FE7381">
    <w:name w:val="987A6ACDF412486BA7B51853717FE7381"/>
    <w:rsid w:val="009C175F"/>
    <w:pPr>
      <w:spacing w:after="200" w:line="276" w:lineRule="auto"/>
    </w:pPr>
    <w:rPr>
      <w:lang w:val="en-US" w:eastAsia="en-US"/>
    </w:rPr>
  </w:style>
  <w:style w:type="paragraph" w:customStyle="1" w:styleId="7A4A70D182474ED6AF71C366134ED8DF1">
    <w:name w:val="7A4A70D182474ED6AF71C366134ED8DF1"/>
    <w:rsid w:val="009C175F"/>
    <w:pPr>
      <w:spacing w:after="200" w:line="276" w:lineRule="auto"/>
    </w:pPr>
    <w:rPr>
      <w:lang w:val="en-US" w:eastAsia="en-US"/>
    </w:rPr>
  </w:style>
  <w:style w:type="paragraph" w:customStyle="1" w:styleId="3213D3245F804E2FB03568472AF510A91">
    <w:name w:val="3213D3245F804E2FB03568472AF510A91"/>
    <w:rsid w:val="009C175F"/>
    <w:pPr>
      <w:spacing w:after="200" w:line="276" w:lineRule="auto"/>
    </w:pPr>
    <w:rPr>
      <w:lang w:val="en-US" w:eastAsia="en-US"/>
    </w:rPr>
  </w:style>
  <w:style w:type="paragraph" w:customStyle="1" w:styleId="DCAD79BA7CFD41729D011A26D517AFBF1">
    <w:name w:val="DCAD79BA7CFD41729D011A26D517AFBF1"/>
    <w:rsid w:val="009C175F"/>
    <w:pPr>
      <w:spacing w:after="200" w:line="276" w:lineRule="auto"/>
    </w:pPr>
    <w:rPr>
      <w:lang w:val="en-US" w:eastAsia="en-US"/>
    </w:rPr>
  </w:style>
  <w:style w:type="paragraph" w:customStyle="1" w:styleId="FD7CDF20A30040EF8216FB9ABEBEDE021">
    <w:name w:val="FD7CDF20A30040EF8216FB9ABEBEDE021"/>
    <w:rsid w:val="009C175F"/>
    <w:pPr>
      <w:spacing w:after="200" w:line="276" w:lineRule="auto"/>
    </w:pPr>
    <w:rPr>
      <w:lang w:val="en-US" w:eastAsia="en-US"/>
    </w:rPr>
  </w:style>
  <w:style w:type="paragraph" w:customStyle="1" w:styleId="9B661D42B8DD4AB1A897B625AC30372F1">
    <w:name w:val="9B661D42B8DD4AB1A897B625AC30372F1"/>
    <w:rsid w:val="009C175F"/>
    <w:pPr>
      <w:spacing w:after="200" w:line="276" w:lineRule="auto"/>
    </w:pPr>
    <w:rPr>
      <w:lang w:val="en-US" w:eastAsia="en-US"/>
    </w:rPr>
  </w:style>
  <w:style w:type="paragraph" w:customStyle="1" w:styleId="80032D9A78A74AE8B87782DA78FFD7DD1">
    <w:name w:val="80032D9A78A74AE8B87782DA78FFD7DD1"/>
    <w:rsid w:val="009C175F"/>
    <w:pPr>
      <w:spacing w:after="200" w:line="276" w:lineRule="auto"/>
    </w:pPr>
    <w:rPr>
      <w:lang w:val="en-US" w:eastAsia="en-US"/>
    </w:rPr>
  </w:style>
  <w:style w:type="paragraph" w:customStyle="1" w:styleId="91D06C9BCE9C43DB910FFE7EBF56BC791">
    <w:name w:val="91D06C9BCE9C43DB910FFE7EBF56BC791"/>
    <w:rsid w:val="009C175F"/>
    <w:pPr>
      <w:spacing w:after="200" w:line="276" w:lineRule="auto"/>
    </w:pPr>
    <w:rPr>
      <w:lang w:val="en-US" w:eastAsia="en-US"/>
    </w:rPr>
  </w:style>
  <w:style w:type="paragraph" w:customStyle="1" w:styleId="CDC8C13168E44BDDB0DF7227B41869CB">
    <w:name w:val="CDC8C13168E44BDDB0DF7227B41869CB"/>
    <w:rsid w:val="009C175F"/>
  </w:style>
  <w:style w:type="paragraph" w:customStyle="1" w:styleId="983B87D2AFD7446DA1E8272E6DB6935A">
    <w:name w:val="983B87D2AFD7446DA1E8272E6DB6935A"/>
    <w:rsid w:val="009C175F"/>
  </w:style>
  <w:style w:type="paragraph" w:customStyle="1" w:styleId="DFB5791400E24652995CA092F1CAF70A">
    <w:name w:val="DFB5791400E24652995CA092F1CAF70A"/>
    <w:rsid w:val="009C175F"/>
  </w:style>
  <w:style w:type="paragraph" w:customStyle="1" w:styleId="BC31EF949DE8499588666F2C83521512">
    <w:name w:val="BC31EF949DE8499588666F2C83521512"/>
    <w:rsid w:val="009C175F"/>
  </w:style>
  <w:style w:type="paragraph" w:customStyle="1" w:styleId="BF854917811A44DA872F4D865F2280C3">
    <w:name w:val="BF854917811A44DA872F4D865F2280C3"/>
    <w:rsid w:val="009C175F"/>
  </w:style>
  <w:style w:type="paragraph" w:customStyle="1" w:styleId="2F3C5FD468964E789A6443D8B8F45C64">
    <w:name w:val="2F3C5FD468964E789A6443D8B8F45C64"/>
    <w:rsid w:val="009C175F"/>
  </w:style>
  <w:style w:type="paragraph" w:customStyle="1" w:styleId="3856FDC2B09949F0957CF465D23556CA">
    <w:name w:val="3856FDC2B09949F0957CF465D23556CA"/>
    <w:rsid w:val="009C175F"/>
  </w:style>
  <w:style w:type="paragraph" w:customStyle="1" w:styleId="A373C3AF11CC4993A5862DB0B3D53559">
    <w:name w:val="A373C3AF11CC4993A5862DB0B3D53559"/>
    <w:rsid w:val="009C175F"/>
  </w:style>
  <w:style w:type="paragraph" w:customStyle="1" w:styleId="53E4871473974CBCA8FACA72E6505526">
    <w:name w:val="53E4871473974CBCA8FACA72E6505526"/>
    <w:rsid w:val="009C175F"/>
  </w:style>
  <w:style w:type="paragraph" w:customStyle="1" w:styleId="9E79094FF22E4581A1501899D11C5710">
    <w:name w:val="9E79094FF22E4581A1501899D11C5710"/>
    <w:rsid w:val="009C175F"/>
  </w:style>
  <w:style w:type="paragraph" w:customStyle="1" w:styleId="78BBEEF5D5DD45A3AB1B898DEE9D7C7E">
    <w:name w:val="78BBEEF5D5DD45A3AB1B898DEE9D7C7E"/>
    <w:rsid w:val="009C175F"/>
  </w:style>
  <w:style w:type="paragraph" w:customStyle="1" w:styleId="C82C94216B1345B1A87602F877F97A41">
    <w:name w:val="C82C94216B1345B1A87602F877F97A41"/>
    <w:rsid w:val="009C175F"/>
  </w:style>
  <w:style w:type="paragraph" w:customStyle="1" w:styleId="1CA7D28352F94B3A9DF26EC824BE0E13">
    <w:name w:val="1CA7D28352F94B3A9DF26EC824BE0E13"/>
    <w:rsid w:val="009C175F"/>
  </w:style>
  <w:style w:type="paragraph" w:customStyle="1" w:styleId="8CE3E415C9E24534911F0D98E9A64DDC">
    <w:name w:val="8CE3E415C9E24534911F0D98E9A64DDC"/>
    <w:rsid w:val="009C175F"/>
  </w:style>
  <w:style w:type="paragraph" w:customStyle="1" w:styleId="058F62EBFC6E48DF81585269CD075074">
    <w:name w:val="058F62EBFC6E48DF81585269CD075074"/>
    <w:rsid w:val="009C175F"/>
  </w:style>
  <w:style w:type="paragraph" w:customStyle="1" w:styleId="9E2B01C1AE054CD69C7135784564F732">
    <w:name w:val="9E2B01C1AE054CD69C7135784564F732"/>
    <w:rsid w:val="009C175F"/>
  </w:style>
  <w:style w:type="paragraph" w:customStyle="1" w:styleId="8B226FE4BA4F4BAEB4B6711A5EE25CFB">
    <w:name w:val="8B226FE4BA4F4BAEB4B6711A5EE25CFB"/>
    <w:rsid w:val="009C175F"/>
  </w:style>
  <w:style w:type="paragraph" w:customStyle="1" w:styleId="2D4E9174EF89408D94C305326080E499">
    <w:name w:val="2D4E9174EF89408D94C305326080E499"/>
    <w:rsid w:val="009C175F"/>
  </w:style>
  <w:style w:type="paragraph" w:customStyle="1" w:styleId="711E124C40254EE380D775A7C02D46AD">
    <w:name w:val="711E124C40254EE380D775A7C02D46AD"/>
    <w:rsid w:val="009C175F"/>
  </w:style>
  <w:style w:type="paragraph" w:customStyle="1" w:styleId="DA23D68BBC0A4578AE39120AF2372C72">
    <w:name w:val="DA23D68BBC0A4578AE39120AF2372C72"/>
    <w:rsid w:val="009C175F"/>
  </w:style>
  <w:style w:type="paragraph" w:customStyle="1" w:styleId="429B005C34A745A5B272797BF1B0AFCA">
    <w:name w:val="429B005C34A745A5B272797BF1B0AFCA"/>
    <w:rsid w:val="009C175F"/>
  </w:style>
  <w:style w:type="paragraph" w:customStyle="1" w:styleId="E1F6776183BA46F59B8038DC3A879050">
    <w:name w:val="E1F6776183BA46F59B8038DC3A879050"/>
    <w:rsid w:val="009C175F"/>
  </w:style>
  <w:style w:type="paragraph" w:customStyle="1" w:styleId="DEFF2A7BC7504035B715C9AB62AEB780">
    <w:name w:val="DEFF2A7BC7504035B715C9AB62AEB780"/>
    <w:rsid w:val="009C175F"/>
  </w:style>
  <w:style w:type="paragraph" w:customStyle="1" w:styleId="3DFE7A74192246068FEA9D52D41121A4">
    <w:name w:val="3DFE7A74192246068FEA9D52D41121A4"/>
    <w:rsid w:val="009C175F"/>
  </w:style>
  <w:style w:type="paragraph" w:customStyle="1" w:styleId="73162AAC0CC3443BA9BAA164A4CC8FE1">
    <w:name w:val="73162AAC0CC3443BA9BAA164A4CC8FE1"/>
    <w:rsid w:val="009C175F"/>
  </w:style>
  <w:style w:type="paragraph" w:customStyle="1" w:styleId="85181472E5C047BFA8F218B3E768794A">
    <w:name w:val="85181472E5C047BFA8F218B3E768794A"/>
    <w:rsid w:val="009C175F"/>
  </w:style>
  <w:style w:type="paragraph" w:customStyle="1" w:styleId="72116C2AF04D453A9CC357492095F7CF">
    <w:name w:val="72116C2AF04D453A9CC357492095F7CF"/>
    <w:rsid w:val="009C175F"/>
  </w:style>
  <w:style w:type="paragraph" w:customStyle="1" w:styleId="91B8A907E4744BF0A2924665BF16BE31">
    <w:name w:val="91B8A907E4744BF0A2924665BF16BE31"/>
    <w:rsid w:val="009C175F"/>
  </w:style>
  <w:style w:type="paragraph" w:customStyle="1" w:styleId="42A6AE5EA57543D191E552D3CE478488">
    <w:name w:val="42A6AE5EA57543D191E552D3CE478488"/>
    <w:rsid w:val="009C175F"/>
  </w:style>
  <w:style w:type="paragraph" w:customStyle="1" w:styleId="A024F0B52E4A405CA5C9F5EE5D7D25AF">
    <w:name w:val="A024F0B52E4A405CA5C9F5EE5D7D25AF"/>
    <w:rsid w:val="009C175F"/>
  </w:style>
  <w:style w:type="paragraph" w:customStyle="1" w:styleId="8BFC63BD065A41E68243B0922C680913">
    <w:name w:val="8BFC63BD065A41E68243B0922C680913"/>
    <w:rsid w:val="009C175F"/>
  </w:style>
  <w:style w:type="paragraph" w:customStyle="1" w:styleId="444C0338FAE2475C86C4892FBD4221CB">
    <w:name w:val="444C0338FAE2475C86C4892FBD4221CB"/>
    <w:rsid w:val="009C175F"/>
  </w:style>
  <w:style w:type="paragraph" w:customStyle="1" w:styleId="221F78C6AB5745EB95B9244662E3AFEF">
    <w:name w:val="221F78C6AB5745EB95B9244662E3AFEF"/>
    <w:rsid w:val="009C175F"/>
  </w:style>
  <w:style w:type="paragraph" w:customStyle="1" w:styleId="5D84A9AAEC9C4E9ABF5101CC3CEA81F8">
    <w:name w:val="5D84A9AAEC9C4E9ABF5101CC3CEA81F8"/>
    <w:rsid w:val="009C175F"/>
  </w:style>
  <w:style w:type="paragraph" w:customStyle="1" w:styleId="9978FA886CB54F31A21A383E4D70CD1A">
    <w:name w:val="9978FA886CB54F31A21A383E4D70CD1A"/>
    <w:rsid w:val="009C175F"/>
  </w:style>
  <w:style w:type="paragraph" w:customStyle="1" w:styleId="41B8A8A32C284E398D5C35170DCBDECE">
    <w:name w:val="41B8A8A32C284E398D5C35170DCBDECE"/>
    <w:rsid w:val="009C175F"/>
  </w:style>
  <w:style w:type="paragraph" w:customStyle="1" w:styleId="8CF760FC2B79437E852DC310625E3707">
    <w:name w:val="8CF760FC2B79437E852DC310625E3707"/>
    <w:rsid w:val="009C175F"/>
  </w:style>
  <w:style w:type="paragraph" w:customStyle="1" w:styleId="45F405658325477AB48C8BE01CC43208">
    <w:name w:val="45F405658325477AB48C8BE01CC43208"/>
    <w:rsid w:val="009C175F"/>
  </w:style>
  <w:style w:type="paragraph" w:customStyle="1" w:styleId="BFC1796DE688492DAA177FB857D4DE2D">
    <w:name w:val="BFC1796DE688492DAA177FB857D4DE2D"/>
    <w:rsid w:val="009C175F"/>
  </w:style>
  <w:style w:type="paragraph" w:customStyle="1" w:styleId="BEE6AD2F47B5476D9F4FCF8CC2CCE5D8">
    <w:name w:val="BEE6AD2F47B5476D9F4FCF8CC2CCE5D8"/>
    <w:rsid w:val="009C175F"/>
  </w:style>
  <w:style w:type="paragraph" w:customStyle="1" w:styleId="25DEBF2C2C3446EFA88C09188F87E1E3">
    <w:name w:val="25DEBF2C2C3446EFA88C09188F87E1E3"/>
    <w:rsid w:val="009C175F"/>
  </w:style>
  <w:style w:type="paragraph" w:customStyle="1" w:styleId="7474BCE5EBBE4ADD8487F86DB208BC30">
    <w:name w:val="7474BCE5EBBE4ADD8487F86DB208BC30"/>
    <w:rsid w:val="009C175F"/>
  </w:style>
  <w:style w:type="paragraph" w:customStyle="1" w:styleId="EFB7F031E3454BFF800D3850F3C92074">
    <w:name w:val="EFB7F031E3454BFF800D3850F3C92074"/>
    <w:rsid w:val="009C175F"/>
  </w:style>
  <w:style w:type="paragraph" w:customStyle="1" w:styleId="41F7D88011ED4932B0D08C6F20877F65">
    <w:name w:val="41F7D88011ED4932B0D08C6F20877F65"/>
    <w:rsid w:val="009C175F"/>
  </w:style>
  <w:style w:type="paragraph" w:customStyle="1" w:styleId="4058347A38D24A1F8EA0A81D02CD649B">
    <w:name w:val="4058347A38D24A1F8EA0A81D02CD649B"/>
    <w:rsid w:val="009C175F"/>
  </w:style>
  <w:style w:type="paragraph" w:customStyle="1" w:styleId="B1EB251A92F94506985CF0EE9ECAA1F9">
    <w:name w:val="B1EB251A92F94506985CF0EE9ECAA1F9"/>
    <w:rsid w:val="009C175F"/>
  </w:style>
  <w:style w:type="paragraph" w:customStyle="1" w:styleId="D99FE7D53647469FB848BE898BD27630">
    <w:name w:val="D99FE7D53647469FB848BE898BD27630"/>
    <w:rsid w:val="009C175F"/>
  </w:style>
  <w:style w:type="paragraph" w:customStyle="1" w:styleId="F4FA0BCC45944F57BE90D85803C7AFAF">
    <w:name w:val="F4FA0BCC45944F57BE90D85803C7AFAF"/>
    <w:rsid w:val="009C175F"/>
  </w:style>
  <w:style w:type="paragraph" w:customStyle="1" w:styleId="311C8D81C4964E7CA77A6A18B1356DAC">
    <w:name w:val="311C8D81C4964E7CA77A6A18B1356DAC"/>
    <w:rsid w:val="009C175F"/>
  </w:style>
  <w:style w:type="paragraph" w:customStyle="1" w:styleId="F3079EC3D7F74503B32D944AA32CE5F4">
    <w:name w:val="F3079EC3D7F74503B32D944AA32CE5F4"/>
    <w:rsid w:val="009C175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05d83ceaa0bbd2e3bc716e6e66bd857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b3d69fe45253d5ff147bb69036b756a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13641255-7544-46FD-8EC8-97DC06817FB4}">
  <ds:schemaRefs>
    <ds:schemaRef ds:uri="http://purl.org/dc/elements/1.1/"/>
    <ds:schemaRef ds:uri="http://schemas.microsoft.com/office/2006/metadata/properties"/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30294B69-DFF6-4014-BA17-272CE9B822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7971BE4-BF4C-42E1-89ED-CF08FDF748A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7554EE5-A924-49E2-B436-CC1B43C2BC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1154</Words>
  <Characters>6351</Characters>
  <Application>Microsoft Office Word</Application>
  <DocSecurity>0</DocSecurity>
  <Lines>52</Lines>
  <Paragraphs>14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7491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Gigon Valérie</cp:lastModifiedBy>
  <cp:revision>2</cp:revision>
  <dcterms:created xsi:type="dcterms:W3CDTF">2025-01-31T14:32:00Z</dcterms:created>
  <dcterms:modified xsi:type="dcterms:W3CDTF">2025-01-31T14:32:00Z</dcterms:modified>
  <cp:category/>
</cp:coreProperties>
</file>